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Weekly time card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Employee ID: </w:t>
      </w:r>
      <w:r>
        <w:t>_________________________________________________</w:t>
      </w:r>
    </w:p>
    <w:p>
      <w:r>
        <w:rPr>
          <w:b/>
        </w:rPr>
        <w:t xml:space="preserve">Department or job site: </w:t>
      </w:r>
      <w:r>
        <w:t>______________________________________</w:t>
      </w:r>
    </w:p>
    <w:p>
      <w:r>
        <w:rPr>
          <w:b/>
        </w:rPr>
        <w:t xml:space="preserve">Week of: </w:t>
      </w:r>
      <w:r>
        <w:t>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8"/>
        <w:gridCol w:w="1378"/>
        <w:gridCol w:w="1378"/>
        <w:gridCol w:w="1378"/>
        <w:gridCol w:w="1378"/>
        <w:gridCol w:w="1378"/>
        <w:gridCol w:w="1378"/>
      </w:tblGrid>
      <w:tr>
        <w:tc>
          <w:tcPr>
            <w:tcW w:type="dxa" w:w="1378"/>
          </w:tcPr>
          <w:p>
            <w:r>
              <w:rPr>
                <w:b/>
              </w:rPr>
              <w:t>Day</w:t>
            </w:r>
          </w:p>
        </w:tc>
        <w:tc>
          <w:tcPr>
            <w:tcW w:type="dxa" w:w="137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378"/>
          </w:tcPr>
          <w:p>
            <w:r>
              <w:rPr>
                <w:b/>
              </w:rPr>
              <w:t>Time in</w:t>
            </w:r>
          </w:p>
        </w:tc>
        <w:tc>
          <w:tcPr>
            <w:tcW w:type="dxa" w:w="1378"/>
          </w:tcPr>
          <w:p>
            <w:r>
              <w:rPr>
                <w:b/>
              </w:rPr>
              <w:t>Lunch out</w:t>
            </w:r>
          </w:p>
        </w:tc>
        <w:tc>
          <w:tcPr>
            <w:tcW w:type="dxa" w:w="1378"/>
          </w:tcPr>
          <w:p>
            <w:r>
              <w:rPr>
                <w:b/>
              </w:rPr>
              <w:t>Lunch in</w:t>
            </w:r>
          </w:p>
        </w:tc>
        <w:tc>
          <w:tcPr>
            <w:tcW w:type="dxa" w:w="1378"/>
          </w:tcPr>
          <w:p>
            <w:r>
              <w:rPr>
                <w:b/>
              </w:rPr>
              <w:t>Time out</w:t>
            </w:r>
          </w:p>
        </w:tc>
        <w:tc>
          <w:tcPr>
            <w:tcW w:type="dxa" w:w="1378"/>
          </w:tcPr>
          <w:p>
            <w:r>
              <w:rPr>
                <w:b/>
              </w:rPr>
              <w:t>Total hours</w:t>
            </w:r>
          </w:p>
        </w:tc>
      </w:tr>
      <w:tr>
        <w:tc>
          <w:tcPr>
            <w:tcW w:type="dxa" w:w="1378"/>
          </w:tcPr>
          <w:p>
            <w:r>
              <w:t>Monday</w:t>
            </w:r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</w:tr>
      <w:tr>
        <w:tc>
          <w:tcPr>
            <w:tcW w:type="dxa" w:w="1378"/>
          </w:tcPr>
          <w:p>
            <w:r>
              <w:t>Tuesday</w:t>
            </w:r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</w:tr>
      <w:tr>
        <w:tc>
          <w:tcPr>
            <w:tcW w:type="dxa" w:w="1378"/>
          </w:tcPr>
          <w:p>
            <w:r>
              <w:t>Wednesday</w:t>
            </w:r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</w:tr>
      <w:tr>
        <w:tc>
          <w:tcPr>
            <w:tcW w:type="dxa" w:w="1378"/>
          </w:tcPr>
          <w:p>
            <w:r>
              <w:t>Thursday</w:t>
            </w:r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</w:tr>
      <w:tr>
        <w:tc>
          <w:tcPr>
            <w:tcW w:type="dxa" w:w="1378"/>
          </w:tcPr>
          <w:p>
            <w:r>
              <w:t>Friday</w:t>
            </w:r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</w:tr>
      <w:tr>
        <w:tc>
          <w:tcPr>
            <w:tcW w:type="dxa" w:w="1378"/>
          </w:tcPr>
          <w:p>
            <w:r>
              <w:t>Saturday</w:t>
            </w:r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</w:tr>
      <w:tr>
        <w:tc>
          <w:tcPr>
            <w:tcW w:type="dxa" w:w="1378"/>
          </w:tcPr>
          <w:p>
            <w:r>
              <w:t>Sunday</w:t>
            </w:r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</w:tr>
      <w:tr>
        <w:tc>
          <w:tcPr>
            <w:tcW w:type="dxa" w:w="1378"/>
          </w:tcPr>
          <w:p>
            <w:r>
              <w:t>Week total</w:t>
            </w:r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  <w:tc>
          <w:tcPr>
            <w:tcW w:type="dxa" w:w="1378"/>
          </w:tcPr>
          <w:p>
            <w:r/>
          </w:p>
        </w:tc>
      </w:tr>
    </w:tbl>
    <w:p/>
    <w:p>
      <w:r>
        <w:rPr>
          <w:b/>
        </w:rPr>
        <w:t xml:space="preserve">Regular hours: </w:t>
      </w:r>
      <w:r>
        <w:t>_______________________________________________</w:t>
      </w:r>
    </w:p>
    <w:p>
      <w:r>
        <w:rPr>
          <w:b/>
        </w:rPr>
        <w:t xml:space="preserve">Overtime hours (over 40): </w:t>
      </w:r>
      <w:r>
        <w:t>____________________________________</w:t>
      </w:r>
    </w:p>
    <w:p>
      <w:r>
        <w:rPr>
          <w:b/>
        </w:rPr>
        <w:t xml:space="preserve">Paid leave hours and type: </w:t>
      </w:r>
      <w:r>
        <w:t>___________________________________</w:t>
      </w:r>
    </w:p>
    <w:p>
      <w:r>
        <w:t>I certify that this timesheet is a true and complete record of all the time I worked, including any work before or after my shift and during meal breaks.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Supervisor signature                            Date</w:t>
      </w:r>
    </w:p>
    <w:p>
      <w:r>
        <w:t>Payroll use only: entered by ________   date ________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