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Time off request email templates</w:t>
      </w:r>
    </w:p>
    <w:p>
      <w:pPr>
        <w:pStyle w:val="Heading2"/>
      </w:pPr>
      <w:r>
        <w:t>1. Planned time off (vacation or personal days)</w:t>
      </w:r>
    </w:p>
    <w:p>
      <w:r>
        <w:t>Subject: Time off request: [dates]</w:t>
      </w:r>
    </w:p>
    <w:p>
      <w:r>
        <w:t>Hi [manager name],</w:t>
      </w:r>
    </w:p>
    <w:p>
      <w:r>
        <w:t>I would like to request time off from [first day] through [last day], returning on [return date]. That is [number] workdays, or [hours] hours, and I would like to use [PTO / unpaid time] for it.</w:t>
      </w:r>
    </w:p>
    <w:p>
      <w:r>
        <w:t>[Coworker name] has agreed to cover [tasks or shifts], and I will finish [project or task] before I leave.</w:t>
      </w:r>
    </w:p>
    <w:p>
      <w:r>
        <w:t>Please let me know if these dates work or if you need anything else from me.</w:t>
      </w:r>
    </w:p>
    <w:p>
      <w:r>
        <w:t>Thank you,</w:t>
        <w:br/>
      </w:r>
      <w:r>
        <w:t>[Your name]</w:t>
      </w:r>
    </w:p>
    <w:p>
      <w:pPr>
        <w:pStyle w:val="Heading2"/>
      </w:pPr>
      <w:r>
        <w:t>2. Short-notice request</w:t>
      </w:r>
    </w:p>
    <w:p>
      <w:r>
        <w:t>Subject: Short-notice time off request for [date]</w:t>
      </w:r>
    </w:p>
    <w:p>
      <w:r>
        <w:t>Hi [manager name],</w:t>
      </w:r>
    </w:p>
    <w:p>
      <w:r>
        <w:t>Something has come up and I need to request [the day off / the afternoon off] on [date], from [time] to [time]. I am sorry for the short notice. I have [arranged coverage with coworker / left notes for the team] and can [make up the hours on date / use PTO].</w:t>
      </w:r>
    </w:p>
    <w:p>
      <w:r>
        <w:t>Please let me know if that works.</w:t>
      </w:r>
    </w:p>
    <w:p>
      <w:r>
        <w:t>Thank you,</w:t>
        <w:br/>
      </w:r>
      <w:r>
        <w:t>[Your name]</w:t>
      </w:r>
    </w:p>
    <w:p>
      <w:pPr>
        <w:pStyle w:val="Heading2"/>
      </w:pPr>
      <w:r>
        <w:t>3. Calling out sick</w:t>
      </w:r>
    </w:p>
    <w:p>
      <w:r>
        <w:t>Subject: Out sick today, [date]</w:t>
      </w:r>
    </w:p>
    <w:p>
      <w:r>
        <w:t>Hi [manager name],</w:t>
      </w:r>
    </w:p>
    <w:p>
      <w:r>
        <w:t>I am sick and will not be able to work my [start time] to [end time] shift today. I would like to use paid sick time for these hours. [Optional: I have let coworker know about task.]</w:t>
      </w:r>
    </w:p>
    <w:p>
      <w:r>
        <w:t>I will let you know by [time] tomorrow whether I can work my next shift.</w:t>
      </w:r>
    </w:p>
    <w:p>
      <w:r>
        <w:t>Thank you,</w:t>
        <w:br/>
      </w:r>
      <w:r>
        <w:t>[Your name]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