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color w:val="111111"/>
        </w:rPr>
        <w:t>Time off request form</w:t>
      </w:r>
    </w:p>
    <w:p>
      <w:r>
        <w:t>Fill in the top half and give this form to your manager. Submit vacation and other planned time off at least two weeks before the first day off, or as your company policy requires.</w:t>
      </w:r>
    </w:p>
    <w:p>
      <w:pPr>
        <w:pStyle w:val="Heading2"/>
      </w:pPr>
      <w:r>
        <w:t>Employee</w:t>
      </w:r>
    </w:p>
    <w:p>
      <w:r>
        <w:rPr>
          <w:b/>
        </w:rPr>
        <w:t xml:space="preserve">Employee name: </w:t>
      </w:r>
      <w:r>
        <w:t>_______________________________________________</w:t>
      </w:r>
    </w:p>
    <w:p>
      <w:r>
        <w:rPr>
          <w:b/>
        </w:rPr>
        <w:t xml:space="preserve">Employee ID: </w:t>
      </w:r>
      <w:r>
        <w:t>_________________________________________________</w:t>
      </w:r>
    </w:p>
    <w:p>
      <w:r>
        <w:rPr>
          <w:b/>
        </w:rPr>
        <w:t xml:space="preserve">Job title: </w:t>
      </w:r>
      <w:r>
        <w:t>___________________________________________________</w:t>
      </w:r>
    </w:p>
    <w:p>
      <w:r>
        <w:rPr>
          <w:b/>
        </w:rPr>
        <w:t xml:space="preserve">Department or location: </w:t>
      </w:r>
      <w:r>
        <w:t>______________________________________</w:t>
      </w:r>
    </w:p>
    <w:p>
      <w:r>
        <w:rPr>
          <w:b/>
        </w:rPr>
        <w:t xml:space="preserve">Manager: </w:t>
      </w:r>
      <w:r>
        <w:t>_____________________________________________________</w:t>
      </w:r>
    </w:p>
    <w:p>
      <w:r>
        <w:rPr>
          <w:b/>
        </w:rPr>
        <w:t xml:space="preserve">Date of request: </w:t>
      </w:r>
      <w:r>
        <w:t>_____________________________________________</w:t>
      </w:r>
    </w:p>
    <w:p>
      <w:pPr>
        <w:pStyle w:val="Heading2"/>
      </w:pPr>
      <w:r>
        <w:t>Time off requested</w:t>
      </w:r>
    </w:p>
    <w:p>
      <w:r>
        <w:t>☐ Vacation   ☐ Personal   ☐ Sick   ☐ Bereavement   ☐ Jury duty   ☐ Unpaid   ☐ Other: ________</w:t>
      </w:r>
    </w:p>
    <w:p>
      <w:r>
        <w:rPr>
          <w:b/>
        </w:rPr>
        <w:t xml:space="preserve">First day off: </w:t>
      </w:r>
      <w:r>
        <w:t>_______________________________________________</w:t>
      </w:r>
    </w:p>
    <w:p>
      <w:r>
        <w:rPr>
          <w:b/>
        </w:rPr>
        <w:t xml:space="preserve">Last day off: </w:t>
      </w:r>
      <w:r>
        <w:t>________________________________________________</w:t>
      </w:r>
    </w:p>
    <w:p>
      <w:r>
        <w:rPr>
          <w:b/>
        </w:rPr>
        <w:t xml:space="preserve">Date I return to work: </w:t>
      </w:r>
      <w:r>
        <w:t>_______________________________________</w:t>
      </w:r>
    </w:p>
    <w:p>
      <w:r>
        <w:rPr>
          <w:b/>
        </w:rPr>
        <w:t xml:space="preserve">Total hours requested: </w:t>
      </w:r>
      <w:r>
        <w:t>_______________________________________</w:t>
      </w:r>
    </w:p>
    <w:p>
      <w:r>
        <w:rPr>
          <w:b/>
        </w:rPr>
        <w:t xml:space="preserve">Comments (optional): </w:t>
      </w:r>
      <w:r>
        <w:t>_________________________________________</w:t>
      </w:r>
    </w:p>
    <w:p>
      <w:pPr>
        <w:spacing w:before="360"/>
      </w:pPr>
      <w:r>
        <w:t>__________________________________        ________________</w:t>
      </w:r>
    </w:p>
    <w:p>
      <w:r>
        <w:rPr>
          <w:sz w:val="18"/>
        </w:rPr>
        <w:t>Employee signature                              Date</w:t>
      </w:r>
    </w:p>
    <w:p>
      <w:pPr>
        <w:pStyle w:val="Heading2"/>
      </w:pPr>
      <w:r>
        <w:t>Manager use only</w:t>
      </w:r>
    </w:p>
    <w:p>
      <w:r>
        <w:t>☐ Approved   ☐ Approved with changes   ☐ Denied</w:t>
      </w:r>
    </w:p>
    <w:p>
      <w:r>
        <w:rPr>
          <w:b/>
        </w:rPr>
        <w:t xml:space="preserve">Changes or reason if denied: </w:t>
      </w:r>
      <w:r>
        <w:t>_________________________________</w:t>
      </w:r>
    </w:p>
    <w:p>
      <w:r>
        <w:rPr>
          <w:b/>
        </w:rPr>
        <w:t xml:space="preserve">Hours to record as paid: </w:t>
      </w:r>
      <w:r>
        <w:t>_____________________________________</w:t>
      </w:r>
    </w:p>
    <w:p>
      <w:r>
        <w:rPr>
          <w:b/>
        </w:rPr>
        <w:t xml:space="preserve">Hours to record as unpaid: </w:t>
      </w:r>
      <w:r>
        <w:t>___________________________________</w:t>
      </w:r>
    </w:p>
    <w:p>
      <w:pPr>
        <w:spacing w:before="360"/>
      </w:pPr>
      <w:r>
        <w:t>__________________________________        ________________</w:t>
      </w:r>
    </w:p>
    <w:p>
      <w:r>
        <w:rPr>
          <w:sz w:val="18"/>
        </w:rPr>
        <w:t>Manager signature                               Date</w:t>
      </w:r>
    </w:p>
    <w:sectPr w:rsidR="00FC693F" w:rsidRPr="0006063C" w:rsidSect="00034616">
      <w:footerReference w:type="default" r:id="rId9"/>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888888"/>
        <w:sz w:val="16"/>
      </w:rPr>
      <w:t>Free template from workzenly.com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