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Sick leave notice</w:t>
      </w:r>
    </w:p>
    <w:p>
      <w:r>
        <w:t>Use this form to record a sick day. Complete it when you call out or when you return. You do not need to describe your illness or give medical details.</w:t>
      </w:r>
    </w:p>
    <w:p>
      <w:r>
        <w:rPr>
          <w:b/>
        </w:rPr>
        <w:t xml:space="preserve">Employee name: </w:t>
      </w:r>
      <w:r>
        <w:t>_______________________________________________</w:t>
      </w:r>
    </w:p>
    <w:p>
      <w:r>
        <w:rPr>
          <w:b/>
        </w:rPr>
        <w:t xml:space="preserve">Position: </w:t>
      </w:r>
      <w:r>
        <w:t>____________________________________________________</w:t>
      </w:r>
    </w:p>
    <w:p>
      <w:r>
        <w:rPr>
          <w:b/>
        </w:rPr>
        <w:t xml:space="preserve">Location: </w:t>
      </w:r>
      <w:r>
        <w:t>____________________________________________________</w:t>
      </w:r>
    </w:p>
    <w:p>
      <w:r>
        <w:rPr>
          <w:b/>
        </w:rPr>
        <w:t xml:space="preserve">Manager: </w:t>
      </w:r>
      <w:r>
        <w:t>_____________________________________________________</w:t>
      </w:r>
    </w:p>
    <w:p>
      <w:pPr>
        <w:pStyle w:val="Heading2"/>
      </w:pPr>
      <w:r>
        <w:t>Absence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412"/>
          </w:tcPr>
          <w:p>
            <w:r>
              <w:rPr>
                <w:b/>
              </w:rPr>
              <w:t>Scheduled shift</w:t>
            </w:r>
          </w:p>
        </w:tc>
        <w:tc>
          <w:tcPr>
            <w:tcW w:type="dxa" w:w="2412"/>
          </w:tcPr>
          <w:p>
            <w:r>
              <w:rPr>
                <w:b/>
              </w:rPr>
              <w:t>Hours missed</w:t>
            </w:r>
          </w:p>
        </w:tc>
        <w:tc>
          <w:tcPr>
            <w:tcW w:type="dxa" w:w="2412"/>
          </w:tcPr>
          <w:p>
            <w:r>
              <w:rPr>
                <w:b/>
              </w:rPr>
              <w:t>Paid sick hours used</w:t>
            </w:r>
          </w:p>
        </w:tc>
      </w:tr>
      <w:tr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</w:tbl>
    <w:p/>
    <w:p>
      <w:pPr>
        <w:pStyle w:val="Heading2"/>
      </w:pPr>
      <w:r>
        <w:t>How you gave notice</w:t>
      </w:r>
    </w:p>
    <w:p>
      <w:r>
        <w:rPr>
          <w:b/>
        </w:rPr>
        <w:t xml:space="preserve">Person notified: </w:t>
      </w:r>
      <w:r>
        <w:t>_____________________________________________</w:t>
      </w:r>
    </w:p>
    <w:p>
      <w:r>
        <w:rPr>
          <w:b/>
        </w:rPr>
        <w:t xml:space="preserve">Date and time notified: </w:t>
      </w:r>
      <w:r>
        <w:t>______________________________________</w:t>
      </w:r>
    </w:p>
    <w:p>
      <w:r>
        <w:t>☐ Phone call   ☐ Text   ☐ Scheduling app   ☐ Email   ☐ In person</w:t>
      </w:r>
    </w:p>
    <w:p>
      <w:pPr>
        <w:pStyle w:val="Heading2"/>
      </w:pPr>
      <w:r>
        <w:t>Leave used for (optional)</w:t>
      </w:r>
    </w:p>
    <w:p>
      <w:r>
        <w:t>☐ My own health   ☐ Care of a family member   ☐ Other reason allowed under our sick leave policy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pStyle w:val="Heading2"/>
      </w:pPr>
      <w:r>
        <w:t>Payroll use only</w:t>
      </w:r>
    </w:p>
    <w:p>
      <w:r>
        <w:rPr>
          <w:b/>
        </w:rPr>
        <w:t xml:space="preserve">Sick leave balance before: </w:t>
      </w:r>
      <w:r>
        <w:t>___________________________________</w:t>
      </w:r>
    </w:p>
    <w:p>
      <w:r>
        <w:rPr>
          <w:b/>
        </w:rPr>
        <w:t xml:space="preserve">Hours used: </w:t>
      </w:r>
      <w:r>
        <w:t>__________________________________________________</w:t>
      </w:r>
    </w:p>
    <w:p>
      <w:r>
        <w:rPr>
          <w:b/>
        </w:rPr>
        <w:t xml:space="preserve">Balance after: </w:t>
      </w:r>
      <w:r>
        <w:t>_______________________________________________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Recorded by      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