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Time off and shift coverage request</w:t>
      </w:r>
    </w:p>
    <w:p>
      <w:r>
        <w:t>For employees on a posted schedule. List each shift you need off and, if your workplace allows it, the coworker who agreed to cover it. A manager must approve before the schedule changes.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Position: </w:t>
      </w:r>
      <w:r>
        <w:t>____________________________________________________</w:t>
      </w:r>
    </w:p>
    <w:p>
      <w:r>
        <w:rPr>
          <w:b/>
        </w:rPr>
        <w:t xml:space="preserve">Location: </w:t>
      </w:r>
      <w:r>
        <w:t>____________________________________________________</w:t>
      </w:r>
    </w:p>
    <w:p>
      <w:r>
        <w:rPr>
          <w:b/>
        </w:rPr>
        <w:t xml:space="preserve">Date of request: </w:t>
      </w:r>
      <w:r>
        <w:t>_____________________________________________</w:t>
      </w:r>
    </w:p>
    <w:p>
      <w:pPr>
        <w:pStyle w:val="Heading2"/>
      </w:pPr>
      <w:r>
        <w:t>Shifts affected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193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930"/>
          </w:tcPr>
          <w:p>
            <w:r>
              <w:rPr>
                <w:b/>
              </w:rPr>
              <w:t>Shift (start to end)</w:t>
            </w:r>
          </w:p>
        </w:tc>
        <w:tc>
          <w:tcPr>
            <w:tcW w:type="dxa" w:w="1930"/>
          </w:tcPr>
          <w:p>
            <w:r>
              <w:rPr>
                <w:b/>
              </w:rPr>
              <w:t>Position</w:t>
            </w:r>
          </w:p>
        </w:tc>
        <w:tc>
          <w:tcPr>
            <w:tcW w:type="dxa" w:w="1930"/>
          </w:tcPr>
          <w:p>
            <w:r>
              <w:rPr>
                <w:b/>
              </w:rPr>
              <w:t>Covered by</w:t>
            </w:r>
          </w:p>
        </w:tc>
        <w:tc>
          <w:tcPr>
            <w:tcW w:type="dxa" w:w="1930"/>
          </w:tcPr>
          <w:p>
            <w:r>
              <w:rPr>
                <w:b/>
              </w:rPr>
              <w:t>Coworker initials</w:t>
            </w:r>
          </w:p>
        </w:tc>
      </w:tr>
      <w:tr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</w:tr>
      <w:tr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</w:tr>
      <w:tr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</w:tr>
      <w:tr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</w:tr>
    </w:tbl>
    <w:p/>
    <w:p>
      <w:r>
        <w:t>☐ Vacation or PTO   ☐ Personal   ☐ Unpaid   ☐ Shift swap (I will work the coworker's shift)</w:t>
      </w:r>
    </w:p>
    <w:p>
      <w:r>
        <w:rPr>
          <w:b/>
        </w:rPr>
        <w:t xml:space="preserve">If swapping: shift I will work instead: </w:t>
      </w:r>
      <w:r>
        <w:t>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Covering coworker signature                     Date</w:t>
      </w:r>
    </w:p>
    <w:p>
      <w:pPr>
        <w:pStyle w:val="Heading2"/>
      </w:pPr>
      <w:r>
        <w:t>Manager use only</w:t>
      </w:r>
    </w:p>
    <w:p>
      <w:r>
        <w:t>☐ Approved   ☐ Denied   ☐ Schedule updated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