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Leave of absence request</w:t>
      </w:r>
    </w:p>
    <w:p>
      <w:r>
        <w:t>Use this form to request leave of a week or more, or intermittent leave, for medical, family, military or personal reasons. Give it to HR at least 30 days ahead when the need is foreseeable, or as soon as you can.</w:t>
      </w:r>
    </w:p>
    <w:p>
      <w:r>
        <w:rPr>
          <w:b/>
        </w:rPr>
        <w:t xml:space="preserve">Employee name: </w:t>
      </w:r>
      <w:r>
        <w:t>_______________________________________________</w:t>
      </w:r>
    </w:p>
    <w:p>
      <w:r>
        <w:rPr>
          <w:b/>
        </w:rPr>
        <w:t xml:space="preserve">Job title: </w:t>
      </w:r>
      <w:r>
        <w:t>___________________________________________________</w:t>
      </w:r>
    </w:p>
    <w:p>
      <w:r>
        <w:rPr>
          <w:b/>
        </w:rPr>
        <w:t xml:space="preserve">Department: </w:t>
      </w:r>
      <w:r>
        <w:t>__________________________________________________</w:t>
      </w:r>
    </w:p>
    <w:p>
      <w:r>
        <w:rPr>
          <w:b/>
        </w:rPr>
        <w:t xml:space="preserve">Manager: </w:t>
      </w:r>
      <w:r>
        <w:t>_____________________________________________________</w:t>
      </w:r>
    </w:p>
    <w:p>
      <w:r>
        <w:rPr>
          <w:b/>
        </w:rPr>
        <w:t xml:space="preserve">Phone: </w:t>
      </w:r>
      <w:r>
        <w:t>_______________________________________________________</w:t>
      </w:r>
    </w:p>
    <w:p>
      <w:r>
        <w:rPr>
          <w:b/>
        </w:rPr>
        <w:t xml:space="preserve">Date of request: </w:t>
      </w:r>
      <w:r>
        <w:t>_____________________________________________</w:t>
      </w:r>
    </w:p>
    <w:p>
      <w:pPr>
        <w:pStyle w:val="Heading2"/>
      </w:pPr>
      <w:r>
        <w:t>Reason for leave</w:t>
      </w:r>
    </w:p>
    <w:p>
      <w:r>
        <w:t>☐ My own serious health condition   ☐ Care of a spouse, child or parent with a serious health condition</w:t>
      </w:r>
    </w:p>
    <w:p>
      <w:r>
        <w:t>☐ Birth, adoption or foster placement   ☐ Military family leave   ☐ Personal leave of absence   ☐ Other</w:t>
      </w:r>
    </w:p>
    <w:p>
      <w:pPr>
        <w:pStyle w:val="Heading2"/>
      </w:pPr>
      <w:r>
        <w:t>Dates and schedule</w:t>
      </w:r>
    </w:p>
    <w:p>
      <w:r>
        <w:rPr>
          <w:b/>
        </w:rPr>
        <w:t xml:space="preserve">Expected first day of leave: </w:t>
      </w:r>
      <w:r>
        <w:t>_________________________________</w:t>
      </w:r>
    </w:p>
    <w:p>
      <w:r>
        <w:rPr>
          <w:b/>
        </w:rPr>
        <w:t xml:space="preserve">Expected return date: </w:t>
      </w:r>
      <w:r>
        <w:t>________________________________________</w:t>
      </w:r>
    </w:p>
    <w:p>
      <w:r>
        <w:t>☐ Continuous   ☐ Intermittent   ☐ Reduced schedule</w:t>
      </w:r>
    </w:p>
    <w:p>
      <w:r>
        <w:rPr>
          <w:b/>
        </w:rPr>
        <w:t xml:space="preserve">If intermittent or reduced: expected pattern: </w:t>
      </w:r>
      <w:r>
        <w:t>________________</w:t>
      </w:r>
    </w:p>
    <w:p>
      <w:r>
        <w:rPr>
          <w:b/>
        </w:rPr>
        <w:t xml:space="preserve">Accrued PTO to use during leave (hours): </w:t>
      </w:r>
      <w:r>
        <w:t>_____________________</w:t>
      </w:r>
    </w:p>
    <w:p>
      <w:pPr>
        <w:spacing w:before="360"/>
      </w:pPr>
      <w:r>
        <w:t>__________________________________        ________________</w:t>
      </w:r>
    </w:p>
    <w:p>
      <w:r>
        <w:rPr>
          <w:sz w:val="18"/>
        </w:rPr>
        <w:t>Employee signature                              Date</w:t>
      </w:r>
    </w:p>
    <w:p>
      <w:pPr>
        <w:pStyle w:val="Heading2"/>
      </w:pPr>
      <w:r>
        <w:t>HR use only</w:t>
      </w:r>
    </w:p>
    <w:p>
      <w:r>
        <w:rPr>
          <w:b/>
        </w:rPr>
        <w:t xml:space="preserve">Date received: </w:t>
      </w:r>
      <w:r>
        <w:t>_______________________________________________</w:t>
      </w:r>
    </w:p>
    <w:p>
      <w:r>
        <w:rPr>
          <w:b/>
        </w:rPr>
        <w:t xml:space="preserve">Eligibility notice given (date): </w:t>
      </w:r>
      <w:r>
        <w:t>_____________________________</w:t>
      </w:r>
    </w:p>
    <w:p>
      <w:r>
        <w:rPr>
          <w:b/>
        </w:rPr>
        <w:t xml:space="preserve">Certification requested (yes/no, due date): </w:t>
      </w:r>
      <w:r>
        <w:t>__________________</w:t>
      </w:r>
    </w:p>
    <w:p>
      <w:r>
        <w:rPr>
          <w:b/>
        </w:rPr>
        <w:t xml:space="preserve">Designation notice given (date): </w:t>
      </w:r>
      <w:r>
        <w:t>_____________________________</w:t>
      </w:r>
    </w:p>
    <w:p>
      <w:r>
        <w:rPr>
          <w:b/>
        </w:rPr>
        <w:t xml:space="preserve">Notes: </w:t>
      </w:r>
      <w:r>
        <w:t>_______________________________________________________</w:t>
      </w:r>
    </w:p>
    <w:p>
      <w:pPr>
        <w:spacing w:before="360"/>
      </w:pPr>
      <w:r>
        <w:t>__________________________________        ________________</w:t>
      </w:r>
    </w:p>
    <w:p>
      <w:r>
        <w:rPr>
          <w:sz w:val="18"/>
        </w:rPr>
        <w:t>HR signature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