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Notice of separation</w:t>
      </w:r>
    </w:p>
    <w:p>
      <w:r>
        <w:t>Give this notice to every employee who is discharged, laid off or placed on leave, on or before the last day of work, and keep a copy in the personnel file.</w:t>
      </w:r>
    </w:p>
    <w:p>
      <w:pPr>
        <w:pStyle w:val="Heading2"/>
      </w:pPr>
      <w:r>
        <w:t>Employee and employer</w:t>
      </w:r>
    </w:p>
    <w:p>
      <w:r>
        <w:rPr>
          <w:b/>
        </w:rPr>
        <w:t xml:space="preserve">Employee name and job title: </w:t>
      </w:r>
      <w:r>
        <w:t>_________________________________</w:t>
      </w:r>
    </w:p>
    <w:p>
      <w:r>
        <w:rPr>
          <w:b/>
        </w:rPr>
        <w:t xml:space="preserve">Employer name: </w:t>
      </w:r>
      <w:r>
        <w:t>_______________________________________________</w:t>
      </w:r>
    </w:p>
    <w:p>
      <w:r>
        <w:rPr>
          <w:b/>
        </w:rPr>
        <w:t xml:space="preserve">Employer address and phone: </w:t>
      </w:r>
      <w:r>
        <w:t>__________________________________</w:t>
      </w:r>
    </w:p>
    <w:p>
      <w:pPr>
        <w:pStyle w:val="Heading2"/>
      </w:pPr>
      <w:r>
        <w:t>Change in employment</w:t>
      </w:r>
    </w:p>
    <w:p>
      <w:r>
        <w:t>☐ Discharge   ☐ Layoff   ☐ Leave of absence   ☐ Change in status (explain)</w:t>
      </w:r>
    </w:p>
    <w:p>
      <w:r>
        <w:rPr>
          <w:b/>
        </w:rPr>
        <w:t xml:space="preserve">Last day worked: </w:t>
      </w:r>
      <w:r>
        <w:t>_____________________________________________</w:t>
      </w:r>
    </w:p>
    <w:p>
      <w:r>
        <w:rPr>
          <w:b/>
        </w:rPr>
        <w:t xml:space="preserve">Effective date of separation (exact date): </w:t>
      </w:r>
      <w:r>
        <w:t>___________________</w:t>
      </w:r>
    </w:p>
    <w:p>
      <w:r>
        <w:rPr>
          <w:b/>
        </w:rPr>
        <w:t xml:space="preserve">Expected return date (leave only): </w:t>
      </w:r>
      <w:r>
        <w:t>___________________________</w:t>
      </w:r>
    </w:p>
    <w:p>
      <w:pPr>
        <w:pStyle w:val="Heading2"/>
      </w:pPr>
      <w:r>
        <w:t>Benefits</w:t>
      </w:r>
    </w:p>
    <w:p>
      <w:r>
        <w:rPr>
          <w:b/>
        </w:rPr>
        <w:t xml:space="preserve">Health, dental and vision end on (exact date): </w:t>
      </w:r>
      <w:r>
        <w:t>_______________</w:t>
      </w:r>
    </w:p>
    <w:p>
      <w:r>
        <w:rPr>
          <w:b/>
        </w:rPr>
        <w:t xml:space="preserve">Other benefits end on (exact date): </w:t>
      </w:r>
      <w:r>
        <w:t>__________________________</w:t>
      </w:r>
    </w:p>
    <w:p>
      <w:r>
        <w:t>☐ COBRA or state continuation notice will be sent by the plan administrator   ☐ No group health plan</w:t>
      </w:r>
    </w:p>
    <w:p>
      <w:pPr>
        <w:pStyle w:val="Heading2"/>
      </w:pPr>
      <w:r>
        <w:t>Final pay</w:t>
      </w:r>
    </w:p>
    <w:p>
      <w:r>
        <w:rPr>
          <w:b/>
        </w:rPr>
        <w:t xml:space="preserve">Final paycheck date and method: </w:t>
      </w:r>
      <w:r>
        <w:t>______________________________</w:t>
      </w:r>
    </w:p>
    <w:p>
      <w:r>
        <w:rPr>
          <w:b/>
        </w:rPr>
        <w:t xml:space="preserve">Accrued vacation or PTO paid (hours): </w:t>
      </w:r>
      <w:r>
        <w:t>________________________</w:t>
      </w:r>
    </w:p>
    <w:p>
      <w:pPr>
        <w:pStyle w:val="Heading2"/>
      </w:pPr>
      <w:r>
        <w:t>Enclosures</w:t>
      </w:r>
    </w:p>
    <w:p>
      <w:r>
        <w:t>☐ California: EDD For Your Benefit pamphlet (DE 2320)   ☐ State unemployment notice   ☐ COBRA information</w:t>
      </w:r>
    </w:p>
    <w:p>
      <w:r>
        <w:t>☐ Separation or severance agreement   ☐ Return of company property list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Employer representative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(acknowledges receipt only)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