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rPr>
          <w:color w:val="111111"/>
        </w:rPr>
        <w:t>Layoff letter: position elimination</w:t>
      </w:r>
    </w:p>
    <w:p>
      <w:r>
        <w:t>[Company name]</w:t>
        <w:br/>
      </w:r>
      <w:r>
        <w:t>[Address]</w:t>
      </w:r>
    </w:p>
    <w:p>
      <w:r>
        <w:t>[Date]</w:t>
      </w:r>
    </w:p>
    <w:p>
      <w:r>
        <w:t>Dear [Employee first name],</w:t>
      </w:r>
    </w:p>
    <w:p>
      <w:r>
        <w:t>We are sorry to tell you that, because of [reason, such as the closing of the location / lower sales / a reorganization], your position as [Job title] is being eliminated. Your last day of work will be [date]. This decision is not a reflection of your performance.</w:t>
      </w:r>
    </w:p>
    <w:p>
      <w:r>
        <w:t>[Notice period: You will be paid for your regular hours through (date) whether or not you are asked to work.]</w:t>
        <w:br/>
      </w:r>
      <w:r>
        <w:t>[Severance: The company will offer you (amount or formula) in severance pay if you sign the enclosed separation agreement by (date). You have (__) days to review it, and we encourage you to talk to a lawyer before signing.]</w:t>
        <w:br/>
      </w:r>
      <w:r>
        <w:t>[Recall: If a similar position opens within (__) months, we will contact you first.]</w:t>
      </w:r>
    </w:p>
    <w:p>
      <w:r>
        <w:t>Final pay and benefits</w:t>
        <w:br/>
      </w:r>
      <w:r>
        <w:t>- Final paycheck: You will receive your final pay, including all hours worked through [termination date][ and accrued, unused vacation or PTO as required by our policy or state law], on [date and method].</w:t>
        <w:br/>
      </w:r>
      <w:r>
        <w:t>- Health insurance: Your coverage ends on [date]. [If the company has 20 or more employees or your state has a continuation law:] You will receive a separate notice explaining how to continue coverage under COBRA[ or state continuation coverage].</w:t>
        <w:br/>
      </w:r>
      <w:r>
        <w:t>- 401(k) or retirement plan: [Plan administrator] will send information about your account options.</w:t>
        <w:br/>
      </w:r>
      <w:r>
        <w:t>- Other benefits: [Life insurance, FSA or HSA, commissions, bonus: state what happens to each.]</w:t>
      </w:r>
    </w:p>
    <w:p>
      <w:r>
        <w:t>Company property</w:t>
        <w:br/>
      </w:r>
      <w:r>
        <w:t>Please return [keys, badge, laptop, phone, uniforms, credit card] by [date]. [Explain how: drop off or prepaid shipping label.]</w:t>
      </w:r>
    </w:p>
    <w:p>
      <w:r>
        <w:t>[State notices, if required: California employers attach the EDD pamphlet "For Your Benefit" (DE 2320). New York employers state the exact date benefits end, within five working days of termination.]</w:t>
      </w:r>
    </w:p>
    <w:p>
      <w:r>
        <w:t>If you have questions about your final pay or benefits, contact [Name] at [phone] or [email].</w:t>
      </w:r>
    </w:p>
    <w:p>
      <w:r>
        <w:t>You may be eligible for unemployment benefits. You can apply through [state agency name and website].</w:t>
      </w:r>
    </w:p>
    <w:p>
      <w:r>
        <w:t>[Name], [title], is available to answer your questions at [phone] or [email]. Thank you for your work with us.</w:t>
      </w:r>
    </w:p>
    <w:p>
      <w:r>
        <w:t>Sincerely,</w:t>
      </w:r>
    </w:p>
    <w:p>
      <w:r>
        <w:t>[Name]</w:t>
        <w:br/>
      </w:r>
      <w:r>
        <w:t>[Title]</w:t>
      </w:r>
    </w:p>
    <w:p>
      <w:pPr>
        <w:pStyle w:val="Heading2"/>
      </w:pPr>
      <w:r>
        <w:t>Acknowledgment of receipt</w:t>
      </w:r>
    </w:p>
    <w:p>
      <w:r>
        <w:t>I received a copy of this letter. My signature confirms receipt only, not agreement.</w:t>
      </w:r>
    </w:p>
    <w:p>
      <w:pPr>
        <w:spacing w:before="360"/>
      </w:pPr>
      <w:r>
        <w:t>__________________________________        ________________</w:t>
      </w:r>
    </w:p>
    <w:p>
      <w:r>
        <w:rPr>
          <w:sz w:val="18"/>
        </w:rPr>
        <w:t>Employee signature                              Date</w:t>
      </w:r>
    </w:p>
    <w:p>
      <w:pPr>
        <w:spacing w:before="360"/>
      </w:pPr>
      <w:r>
        <w:t>__________________________________        ________________</w:t>
      </w:r>
    </w:p>
    <w:p>
      <w:r>
        <w:rPr>
          <w:sz w:val="18"/>
        </w:rPr>
        <w:t>Company representative                          Date</w:t>
      </w:r>
    </w:p>
    <w:sectPr w:rsidR="00FC693F" w:rsidRPr="0006063C" w:rsidSect="00034616">
      <w:footerReference w:type="default" r:id="rId9"/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888888"/>
        <w:sz w:val="16"/>
      </w:rPr>
      <w:t>Free template from workzenly.com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