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End of seasonal or temporary assignment letter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[Employee first name],</w:t>
      </w:r>
    </w:p>
    <w:p>
      <w:r>
        <w:t>Thank you for working with us this [season or project] as [Job title]. As described in your offer letter, your seasonal assignment ends on [date], which will be your last scheduled shift.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We would be glad to have you back. [If you are interested in next season / open regular positions, reply to this letter or apply at (link) by (date), and we will consider you first.]</w:t>
      </w:r>
    </w:p>
    <w:p>
      <w:r>
        <w:t>Thank you again,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