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One-page performance review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Reviewer: </w:t>
      </w:r>
      <w:r>
        <w:t>____________________________________________________</w:t>
      </w:r>
    </w:p>
    <w:p>
      <w:r>
        <w:rPr>
          <w:b/>
        </w:rPr>
        <w:t xml:space="preserve">Review period: </w:t>
      </w:r>
      <w:r>
        <w:t>_______________________________________________</w:t>
      </w:r>
    </w:p>
    <w:p>
      <w:pPr>
        <w:pStyle w:val="Heading2"/>
      </w:pPr>
      <w:r>
        <w:t>Keep doing (strengths)</w:t>
      </w:r>
    </w:p>
    <w:p>
      <w:r>
        <w:rPr>
          <w:b/>
        </w:rPr>
        <w:t xml:space="preserve">1: </w:t>
      </w:r>
      <w:r>
        <w:t>___________________________________________________________</w:t>
      </w:r>
    </w:p>
    <w:p>
      <w:r>
        <w:rPr>
          <w:b/>
        </w:rPr>
        <w:t xml:space="preserve">2: </w:t>
      </w:r>
      <w:r>
        <w:t>___________________________________________________________</w:t>
      </w:r>
    </w:p>
    <w:p>
      <w:r>
        <w:rPr>
          <w:b/>
        </w:rPr>
        <w:t xml:space="preserve">3: </w:t>
      </w:r>
      <w:r>
        <w:t>___________________________________________________________</w:t>
      </w:r>
    </w:p>
    <w:p>
      <w:pPr>
        <w:pStyle w:val="Heading2"/>
      </w:pPr>
      <w:r>
        <w:t>Start doing</w:t>
      </w:r>
    </w:p>
    <w:p>
      <w:r>
        <w:rPr>
          <w:b/>
        </w:rPr>
        <w:t xml:space="preserve">1: </w:t>
      </w:r>
      <w:r>
        <w:t>___________________________________________________________</w:t>
      </w:r>
    </w:p>
    <w:p>
      <w:r>
        <w:rPr>
          <w:b/>
        </w:rPr>
        <w:t xml:space="preserve">2: </w:t>
      </w:r>
      <w:r>
        <w:t>___________________________________________________________</w:t>
      </w:r>
    </w:p>
    <w:p>
      <w:pPr>
        <w:pStyle w:val="Heading2"/>
      </w:pPr>
      <w:r>
        <w:t>Stop doing</w:t>
      </w:r>
    </w:p>
    <w:p>
      <w:r>
        <w:rPr>
          <w:b/>
        </w:rPr>
        <w:t xml:space="preserve">1: </w:t>
      </w:r>
      <w:r>
        <w:t>___________________________________________________________</w:t>
      </w:r>
    </w:p>
    <w:p>
      <w:pPr>
        <w:pStyle w:val="Heading2"/>
      </w:pPr>
      <w:r>
        <w:t>Overall</w:t>
      </w:r>
    </w:p>
    <w:p>
      <w:r>
        <w:t>☐ Exceeds expectations   ☐ Meets expectations   ☐ Below expectations</w:t>
      </w:r>
    </w:p>
    <w:p>
      <w:pPr>
        <w:pStyle w:val="Heading2"/>
      </w:pPr>
      <w:r>
        <w:t>Top goals for next period</w:t>
      </w:r>
    </w:p>
    <w:p>
      <w:r>
        <w:rPr>
          <w:b/>
        </w:rPr>
        <w:t xml:space="preserve">1: </w:t>
      </w:r>
      <w:r>
        <w:t>___________________________________________________________</w:t>
      </w:r>
    </w:p>
    <w:p>
      <w:r>
        <w:rPr>
          <w:b/>
        </w:rPr>
        <w:t xml:space="preserve">2: </w:t>
      </w:r>
      <w:r>
        <w:t>___________________________________________________________</w:t>
      </w:r>
    </w:p>
    <w:p>
      <w:r>
        <w:rPr>
          <w:b/>
        </w:rPr>
        <w:t xml:space="preserve">3: </w:t>
      </w:r>
      <w:r>
        <w:t>___________________________________________________________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Reviewer signature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