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Job offer letter</w:t>
      </w:r>
    </w:p>
    <w:p>
      <w:r>
        <w:t>[Company name]</w:t>
        <w:br/>
      </w:r>
      <w:r>
        <w:t>[Street address, City, State ZIP]</w:t>
      </w:r>
    </w:p>
    <w:p>
      <w:r>
        <w:t>[Date]</w:t>
      </w:r>
    </w:p>
    <w:p>
      <w:r>
        <w:t>[Candidate full name]</w:t>
        <w:br/>
      </w:r>
      <w:r>
        <w:t>[Street address, City, State ZIP]</w:t>
      </w:r>
    </w:p>
    <w:p>
      <w:r>
        <w:t>Dear [Candidate first name],</w:t>
      </w:r>
    </w:p>
    <w:p>
      <w:r>
        <w:t>We are pleased to offer you the position of [Job title] at [Company name]. You will report to [Manager name and title] and work at [work location].</w:t>
      </w:r>
    </w:p>
    <w:p>
      <w:r>
        <w:t>Start date: [Start date]</w:t>
        <w:br/>
      </w:r>
      <w:r>
        <w:t>Employment type: [Full-time / Part-time], [non-exempt (paid hourly, eligible for overtime) / exempt (salaried)]</w:t>
        <w:br/>
      </w:r>
      <w:r>
        <w:t>Pay: [$ amount] per [hour / year], paid [weekly / every other week / twice a month] by direct deposit or paper check</w:t>
        <w:br/>
      </w:r>
      <w:r>
        <w:t>Schedule: [Days and hours, or "as scheduled, about __ hours a week"]</w:t>
      </w:r>
    </w:p>
    <w:p>
      <w:r>
        <w:t>Benefits: You will be eligible for [health insurance, dental, vision, 401(k), paid time off] starting [date or waiting period], under the terms of each plan. Details are in the enclosed benefits summary.</w:t>
      </w:r>
    </w:p>
    <w:p>
      <w:r>
        <w:t>This offer depends on you providing documents that prove your identity and authorization to work in the United States for Form I-9 within three business days of your start date. [Add any other conditions, such as a background check.]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and return this letter by [deadline date] to accept. If you have questions, contact me at [phone] or [email].</w:t>
      </w:r>
    </w:p>
    <w:p>
      <w:r>
        <w:t>We look forward to having you on the team.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