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Offer letter: seasonal or temporary employee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Dear [Candidate first name],</w:t>
      </w:r>
    </w:p>
    <w:p>
      <w:r>
        <w:t>We are happy to offer you a seasonal position as [Job title] at [location] for the [season] season.</w:t>
      </w:r>
    </w:p>
    <w:p>
      <w:r>
        <w:t>- Expected dates: [Start date] to about [Expected end date]. The end date may move earlier or later depending on business needs; we will tell you as soon as we know.</w:t>
        <w:br/>
      </w:r>
      <w:r>
        <w:t>- Pay: $[00.00] per hour[, plus a $__ per hour shift differential for __ shifts]</w:t>
        <w:br/>
      </w:r>
      <w:r>
        <w:t>- Overtime: 1.5 times your regular rate for hours over 40 in a workweek. During [peak dates], expect up to [__] hours a week.</w:t>
        <w:br/>
      </w:r>
      <w:r>
        <w:t>- Shifts: [shift times], scheduled [__] days in advance through [scheduling app or posted schedule]</w:t>
        <w:br/>
      </w:r>
      <w:r>
        <w:t>- Training: [paid orientation date and time]</w:t>
        <w:br/>
      </w:r>
      <w:r>
        <w:t>- Safety gear: [what is provided, and what to wear, such as closed-toe safety shoes]</w:t>
        <w:br/>
      </w:r>
      <w:r>
        <w:t>- Benefits: [Paid sick time as required by state or local law / employee discount / not eligible for health plan]</w:t>
      </w:r>
    </w:p>
    <w:p>
      <w:r>
        <w:t>Seasonal employment ends on the last day of the assignment unless we offer you, in writing, a regular position.</w:t>
      </w:r>
    </w:p>
    <w:p>
      <w:r>
        <w:t>Please bring documents for Form I-9 to orientation.</w:t>
      </w:r>
    </w:p>
    <w:p>
      <w:r>
        <w:t>Employment with [Company name] is at will. This means that you or the company may end the employment relationship at any time, with or without cause or notice. Nothing in this letter is a contract for a fixed term of employment.</w:t>
      </w:r>
    </w:p>
    <w:p>
      <w:r>
        <w:t>Please sign and return by [deadline date].</w:t>
      </w:r>
    </w:p>
    <w:p>
      <w:r>
        <w:t>Thank you,</w:t>
      </w:r>
    </w:p>
    <w:p>
      <w:r>
        <w:t>[Name]</w:t>
        <w:br/>
      </w:r>
      <w:r>
        <w:t>[Title]</w:t>
      </w:r>
    </w:p>
    <w:p>
      <w:pPr>
        <w:pStyle w:val="Heading2"/>
      </w:pPr>
      <w:r>
        <w:t>Acceptance</w:t>
      </w:r>
    </w:p>
    <w:p>
      <w:r>
        <w:t>I accept this offer on the terms above. I understand that my employment is at will and that this letter is not a contract for any fixed period of employment.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Candidate signature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For the company 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