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Offer letter: salaried exempt employee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Dear [Candidate first name],</w:t>
      </w:r>
    </w:p>
    <w:p>
      <w:r>
        <w:t>On behalf of [Company name], I am pleased to offer you the full-time position of [Job title], reporting to [Manager name and title]. We were impressed by [one specific thing from the interviews] and believe you will make a real difference to [team or goal].</w:t>
      </w:r>
    </w:p>
    <w:p>
      <w:r>
        <w:t>Compensation</w:t>
        <w:br/>
      </w:r>
      <w:r>
        <w:t>- Base salary: $[00,000] per year, paid [twice a month / every other week] ($[0,000.00] per pay period)</w:t>
        <w:br/>
      </w:r>
      <w:r>
        <w:t>- Classification: Exempt. This position is not eligible for overtime pay under the Fair Labor Standards Act[ and state law].</w:t>
        <w:br/>
      </w:r>
      <w:r>
        <w:t>- Bonus: [Describe any bonus plan, target and how it is decided, or delete]</w:t>
        <w:br/>
      </w:r>
      <w:r>
        <w:t>- Salary review: [Annually in month]</w:t>
      </w:r>
    </w:p>
    <w:p>
      <w:r>
        <w:t>Benefits</w:t>
        <w:br/>
      </w:r>
      <w:r>
        <w:t>- Health, dental and vision insurance starting [date], with the company paying [__%] of the employee premium</w:t>
        <w:br/>
      </w:r>
      <w:r>
        <w:t>- [__] days of paid time off per year, accruing [per pay period], plus [__] paid holidays</w:t>
        <w:br/>
      </w:r>
      <w:r>
        <w:t>- 401(k) plan [with a match of __%] after [eligibility period]</w:t>
        <w:br/>
      </w:r>
      <w:r>
        <w:t>- [Other benefits: phone stipend, training budget, commuter benefits]</w:t>
      </w:r>
    </w:p>
    <w:p>
      <w:r>
        <w:t>Start date and location: [Start date], at [office address / hybrid: __ days a week in the office]</w:t>
      </w:r>
    </w:p>
    <w:p>
      <w:r>
        <w:t>Conditions: This offer depends on [proof of identity and work authorization for Form I-9 / a background check / signing our confidentiality agreement].</w:t>
      </w:r>
    </w:p>
    <w:p>
      <w:r>
        <w:t>Employment with [Company name] is at will. This means that you or the company may end the employment relationship at any time, with or without cause or notice. Nothing in this letter is a contract for a fixed term of employment.</w:t>
      </w:r>
    </w:p>
    <w:p>
      <w:r>
        <w:t>This offer is open until [deadline date]. To accept, sign below and return a copy to me.</w:t>
      </w:r>
    </w:p>
    <w:p>
      <w:r>
        <w:t>Sincerely,</w:t>
      </w:r>
    </w:p>
    <w:p>
      <w:r>
        <w:t>[Name]</w:t>
        <w:br/>
      </w:r>
      <w:r>
        <w:t>[Title]</w:t>
      </w:r>
    </w:p>
    <w:p>
      <w:pPr>
        <w:pStyle w:val="Heading2"/>
      </w:pPr>
      <w:r>
        <w:t>Acceptance</w:t>
      </w:r>
    </w:p>
    <w:p>
      <w:r>
        <w:t>I accept this offer on the terms above. I understand that my employment is at will and that this letter is not a contract for any fixed period of employment.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Candidate signature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For the company  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