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rPr>
          <w:color w:val="111111"/>
        </w:rPr>
        <w:t>Offer letter: remote employee</w:t>
      </w:r>
    </w:p>
    <w:p>
      <w:r>
        <w:t>[Company name]</w:t>
        <w:br/>
      </w:r>
      <w:r>
        <w:t>[Address]</w:t>
      </w:r>
    </w:p>
    <w:p>
      <w:r>
        <w:t>[Date]</w:t>
      </w:r>
    </w:p>
    <w:p>
      <w:r>
        <w:t>Dear [Candidate first name],</w:t>
      </w:r>
    </w:p>
    <w:p>
      <w:r>
        <w:t>We are pleased to offer you the fully remote position of [Job title], reporting to [Manager name and title].</w:t>
      </w:r>
    </w:p>
    <w:p>
      <w:r>
        <w:t>- Start date: [Start date]</w:t>
        <w:br/>
      </w:r>
      <w:r>
        <w:t>- Work location: You will work from your home in [City, State]. Please tell us before you move to another state, because your work state decides which payroll taxes and employment laws apply.</w:t>
        <w:br/>
      </w:r>
      <w:r>
        <w:t>- Pay: $[amount] per [hour / year], paid [frequency]. Classification: [non-exempt, overtime eligible / exempt].</w:t>
        <w:br/>
      </w:r>
      <w:r>
        <w:t>- Working hours: [core hours and time zone], [__] hours a week. [Non-exempt: record all time worked, including time spent on email or chat outside your shift.]</w:t>
        <w:br/>
      </w:r>
      <w:r>
        <w:t>- Equipment: We will ship you [laptop, headset, monitor] before your start date. It remains company property and must be returned when your employment ends.</w:t>
        <w:br/>
      </w:r>
      <w:r>
        <w:t>- Expenses: We will [reimburse internet and phone costs up to $__ per month / pay a $__ monthly stipend].</w:t>
        <w:br/>
      </w:r>
      <w:r>
        <w:t>- Travel: [Expected in-person meetings per year, paid by the company.]</w:t>
        <w:br/>
      </w:r>
      <w:r>
        <w:t>- Benefits: [summary]</w:t>
      </w:r>
    </w:p>
    <w:p>
      <w:r>
        <w:t>Before your first day we will send you remote onboarding forms. For Form I-9 we will [arrange an in-person document review / use the remote document examination process available to E-Verify employers] within three business days of your start date.</w:t>
      </w:r>
    </w:p>
    <w:p>
      <w:r>
        <w:t>Employment with [Company name] is at will. This means that you or the company may end the employment relationship at any time, with or without cause or notice. Nothing in this letter is a contract for a fixed term of employment.</w:t>
      </w:r>
    </w:p>
    <w:p>
      <w:r>
        <w:t>Please sign below by [deadline date].</w:t>
      </w:r>
    </w:p>
    <w:p>
      <w:r>
        <w:t>Sincerely,</w:t>
      </w:r>
    </w:p>
    <w:p>
      <w:r>
        <w:t>[Name]</w:t>
        <w:br/>
      </w:r>
      <w:r>
        <w:t>[Title]</w:t>
      </w:r>
    </w:p>
    <w:p>
      <w:pPr>
        <w:pStyle w:val="Heading2"/>
      </w:pPr>
      <w:r>
        <w:t>Acceptance</w:t>
      </w:r>
    </w:p>
    <w:p>
      <w:r>
        <w:t>I accept this offer on the terms above. I understand that my employment is at will and that this letter is not a contract for any fixed period of employment.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Candidate signature                             Date</w:t>
      </w:r>
    </w:p>
    <w:p>
      <w:pPr>
        <w:spacing w:before="360"/>
      </w:pPr>
      <w:r>
        <w:t>__________________________________        ________________</w:t>
      </w:r>
    </w:p>
    <w:p>
      <w:r>
        <w:rPr>
          <w:sz w:val="18"/>
        </w:rPr>
        <w:t>For the company                                 Date</w:t>
      </w:r>
    </w:p>
    <w:sectPr w:rsidR="00FC693F" w:rsidRPr="0006063C" w:rsidSect="00034616">
      <w:footerReference w:type="default" r:id="rId9"/>
      <w:pgSz w:w="12240" w:h="15840"/>
      <w:pgMar w:top="1152" w:right="1296" w:bottom="1152" w:left="129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888888"/>
        <w:sz w:val="16"/>
      </w:rPr>
      <w:t>Free template from workzenly.com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