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Offer letter: part-time employee</w:t>
      </w:r>
    </w:p>
    <w:p>
      <w:r>
        <w:t>[Company name]</w:t>
        <w:br/>
      </w:r>
      <w:r>
        <w:t>[Address]</w:t>
      </w:r>
    </w:p>
    <w:p>
      <w:r>
        <w:t>[Date]</w:t>
      </w:r>
    </w:p>
    <w:p>
      <w:r>
        <w:t>Dear [Candidate first name],</w:t>
      </w:r>
    </w:p>
    <w:p>
      <w:r>
        <w:t>We are glad to offer you a part-time position as [Job title] at [location], reporting to [Manager name].</w:t>
      </w:r>
    </w:p>
    <w:p>
      <w:r>
        <w:t>- Start date: [Start date]</w:t>
        <w:br/>
      </w:r>
      <w:r>
        <w:t>- Pay: $[00.00] per hour, paid [every other week]</w:t>
        <w:br/>
      </w:r>
      <w:r>
        <w:t>- Hours: [__ to __] hours a week, usually [days and times you discussed, such as weekday evenings and every other Saturday]. Hours are not guaranteed and follow the posted schedule.</w:t>
        <w:br/>
      </w:r>
      <w:r>
        <w:t>- Availability: You told us you are available [availability]. Please tell your manager in writing at least [two weeks] before your availability changes.</w:t>
        <w:br/>
      </w:r>
      <w:r>
        <w:t>- Overtime: If you work more than 40 hours in a workweek, you will be paid 1.5 times your regular rate.</w:t>
        <w:br/>
      </w:r>
      <w:r>
        <w:t>- Benefits: Part-time employees are eligible for [paid sick time as required by law / employee discount / 401(k) after __ hours]. [Not eligible for: list.]</w:t>
      </w:r>
    </w:p>
    <w:p>
      <w:r>
        <w:t>Please bring documents for Form I-9 on your first day.</w:t>
      </w:r>
    </w:p>
    <w:p>
      <w:r>
        <w:t>Employment with [Company name] is at will. This means that you or the company may end the employment relationship at any time, with or without cause or notice. Nothing in this letter is a contract for a fixed term of employment.</w:t>
      </w:r>
    </w:p>
    <w:p>
      <w:r>
        <w:t>Please sign and return this letter by [deadline date].</w:t>
      </w:r>
    </w:p>
    <w:p>
      <w:r>
        <w:t>Best regards,</w:t>
      </w:r>
    </w:p>
    <w:p>
      <w:r>
        <w:t>[Name]</w:t>
        <w:br/>
      </w:r>
      <w:r>
        <w:t>[Title]</w:t>
      </w:r>
    </w:p>
    <w:p>
      <w:pPr>
        <w:pStyle w:val="Heading2"/>
      </w:pPr>
      <w:r>
        <w:t>Acceptance</w:t>
      </w:r>
    </w:p>
    <w:p>
      <w:r>
        <w:t>I accept this offer on the terms above. I understand that my employment is at will and that this letter is not a contract for any fixed period of employment.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Candidate signature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For the company  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