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Job offer email templates</w:t>
      </w:r>
    </w:p>
    <w:p>
      <w:pPr>
        <w:pStyle w:val="Heading2"/>
      </w:pPr>
      <w:r>
        <w:t>1. Job offer email (employer to candidate)</w:t>
      </w:r>
    </w:p>
    <w:p>
      <w:r>
        <w:t>Subject: Job offer: [Job title] at [Company name]</w:t>
      </w:r>
    </w:p>
    <w:p>
      <w:r>
        <w:t>Hi [Candidate first name],</w:t>
      </w:r>
    </w:p>
    <w:p>
      <w:r>
        <w:t>Thank you for meeting with us. I am happy to offer you the position of [Job title] at [Company name], starting [start date].</w:t>
      </w:r>
    </w:p>
    <w:p>
      <w:r>
        <w:t>The highlights:</w:t>
        <w:br/>
      </w:r>
      <w:r>
        <w:t>- Pay: $[amount] per [hour / year], paid [frequency]</w:t>
        <w:br/>
      </w:r>
      <w:r>
        <w:t>- Schedule: [schedule]</w:t>
        <w:br/>
      </w:r>
      <w:r>
        <w:t>- Reports to: [manager]</w:t>
        <w:br/>
      </w:r>
      <w:r>
        <w:t>- Benefits: [one-line summary]</w:t>
      </w:r>
    </w:p>
    <w:p>
      <w:r>
        <w:t>Your formal offer letter is attached. Please review it, and sign and return it by [deadline date]. I am happy to answer any questions by phone at [phone].</w:t>
      </w:r>
    </w:p>
    <w:p>
      <w:r>
        <w:t>We hope you will join us.</w:t>
      </w:r>
    </w:p>
    <w:p>
      <w:r>
        <w:t>[Name]</w:t>
        <w:br/>
      </w:r>
      <w:r>
        <w:t>[Title]</w:t>
      </w:r>
    </w:p>
    <w:p>
      <w:pPr>
        <w:pStyle w:val="Heading2"/>
      </w:pPr>
      <w:r>
        <w:t>2. Acceptance reply (candidate to employer)</w:t>
      </w:r>
    </w:p>
    <w:p>
      <w:r>
        <w:t>Subject: Re: Job offer: [Job title] at [Company name]</w:t>
      </w:r>
    </w:p>
    <w:p>
      <w:r>
        <w:t>Hi [Hiring manager first name],</w:t>
      </w:r>
    </w:p>
    <w:p>
      <w:r>
        <w:t>Thank you for the offer. I am pleased to accept the position of [Job title] at $[amount] per [hour / year], starting [start date]. My signed offer letter is attached.</w:t>
      </w:r>
    </w:p>
    <w:p>
      <w:r>
        <w:t>Please let me know what I should bring or complete before my first day.</w:t>
      </w:r>
    </w:p>
    <w:p>
      <w:r>
        <w:t>Best regards,</w:t>
        <w:br/>
      </w:r>
      <w:r>
        <w:t>[Your name]</w:t>
        <w:br/>
      </w:r>
      <w:r>
        <w:t>[Phone]</w:t>
      </w:r>
    </w:p>
    <w:p>
      <w:pPr>
        <w:pStyle w:val="Heading2"/>
      </w:pPr>
      <w:r>
        <w:t>3. Counteroffer reply (candidate to employer)</w:t>
      </w:r>
    </w:p>
    <w:p>
      <w:r>
        <w:t>Subject: Re: Job offer: [Job title] at [Company name]</w:t>
      </w:r>
    </w:p>
    <w:p>
      <w:r>
        <w:t>Hi [Hiring manager first name],</w:t>
      </w:r>
    </w:p>
    <w:p>
      <w:r>
        <w:t>Thank you for the offer. I am excited about the role and the team. Before I accept, I would like to ask whether you can move the starting pay to $[amount] per [hour / year], based on [specific reason: certification, years of experience, current pay].</w:t>
      </w:r>
    </w:p>
    <w:p>
      <w:r>
        <w:t>If that is possible, I am ready to sign and can start on [date]. Thank you for considering it.</w:t>
      </w:r>
    </w:p>
    <w:p>
      <w:r>
        <w:t>Best regards,</w:t>
        <w:br/>
      </w:r>
      <w:r>
        <w:t>[Your name]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