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Internship offer letter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[Candidate first name],</w:t>
      </w:r>
    </w:p>
    <w:p>
      <w:r>
        <w:t>We are excited to offer you a paid internship as [Internship title] on our [team] team for [season and year].</w:t>
      </w:r>
    </w:p>
    <w:p>
      <w:r>
        <w:t>- Dates: [Start date] to [End date] ([__] weeks)</w:t>
        <w:br/>
      </w:r>
      <w:r>
        <w:t>- Supervisor: [Name and title]</w:t>
        <w:br/>
      </w:r>
      <w:r>
        <w:t>- Pay: $[00.00] per hour, paid [every other week]. Overtime at 1.5 times your regular rate applies to hours over 40 in a workweek.</w:t>
        <w:br/>
      </w:r>
      <w:r>
        <w:t>- Hours: [__] hours a week, [days and times]. [Remote / on-site at address / hybrid.]</w:t>
        <w:br/>
      </w:r>
      <w:r>
        <w:t>- What you will work on: [two or three real projects]</w:t>
        <w:br/>
      </w:r>
      <w:r>
        <w:t>- What you will learn: [skills, training, mentoring]</w:t>
        <w:br/>
      </w:r>
      <w:r>
        <w:t>- [School credit: If your school requires paperwork for credit, send it to your supervisor and we will complete it.]</w:t>
      </w:r>
    </w:p>
    <w:p>
      <w:r>
        <w:t>The internship ends on [End date]. It does not include a promise of a permanent job, although we will consider strong interns for open positions.</w:t>
      </w:r>
    </w:p>
    <w:p>
      <w:r>
        <w:t>Please bring documents for Form I-9 on your first day.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Please sign and return this letter by [deadline date].</w:t>
      </w:r>
    </w:p>
    <w:p>
      <w:r>
        <w:t>Best,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