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Offer letter: hourly employee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Dear [Candidate first name],</w:t>
      </w:r>
    </w:p>
    <w:p>
      <w:r>
        <w:t>Thank you for interviewing with us. We are happy to offer you the job of [Job title] at [location name], reporting to [Manager name].</w:t>
      </w:r>
    </w:p>
    <w:p>
      <w:r>
        <w:t>Your details:</w:t>
        <w:br/>
      </w:r>
      <w:r>
        <w:t>- Start date and first shift: [Day, date], [start time] to [end time]</w:t>
        <w:br/>
      </w:r>
      <w:r>
        <w:t>- Pay rate: $[00.00] per hour</w:t>
        <w:br/>
      </w:r>
      <w:r>
        <w:t>- Overtime: This is a non-exempt position. You will be paid 1.5 times your regular rate for hours worked over 40 in a workweek[, and any daily overtime required by state law]. Overtime must be approved by your manager in advance.</w:t>
        <w:br/>
      </w:r>
      <w:r>
        <w:t>- Workweek: [Sunday 12:00 a.m. through Saturday 11:59 p.m.]</w:t>
        <w:br/>
      </w:r>
      <w:r>
        <w:t>- Expected hours: about [__] hours a week. Hours vary with the posted schedule.</w:t>
        <w:br/>
      </w:r>
      <w:r>
        <w:t>- Paydays: [every other Friday], for the pay period ending [the Sunday before]</w:t>
        <w:br/>
      </w:r>
      <w:r>
        <w:t>- Breaks and meals: [Describe meal and rest break policy, following state law]</w:t>
        <w:br/>
      </w:r>
      <w:r>
        <w:t>- Tips: [If applicable: how tips are pooled or paid]</w:t>
        <w:br/>
      </w:r>
      <w:r>
        <w:t>- Uniform or equipment: [What the company provides and what you need to bring]</w:t>
      </w:r>
    </w:p>
    <w:p>
      <w:r>
        <w:t>You will record your hours with [time clock app, kiosk or paper time card] every shift, including meal breaks.</w:t>
      </w:r>
    </w:p>
    <w:p>
      <w:r>
        <w:t>On your first day, please bring documents for Form I-9 (see the list of acceptable documents on uscis.gov) and your bank details if you want direct deposit.</w:t>
      </w:r>
    </w:p>
    <w:p>
      <w:r>
        <w:t>Employment with [Company name] is at will. This means that you or the company may end the employment relationship at any time, with or without cause or notice. Nothing in this letter is a contract for a fixed term of employment.</w:t>
      </w:r>
    </w:p>
    <w:p>
      <w:r>
        <w:t>Please reply or sign below by [deadline date] to accept.</w:t>
      </w:r>
    </w:p>
    <w:p>
      <w:r>
        <w:t>Welcome aboard,</w:t>
      </w:r>
    </w:p>
    <w:p>
      <w:r>
        <w:t>[Name]</w:t>
        <w:br/>
      </w:r>
      <w:r>
        <w:t>[Title]</w:t>
      </w:r>
    </w:p>
    <w:p>
      <w:pPr>
        <w:pStyle w:val="Heading2"/>
      </w:pPr>
      <w:r>
        <w:t>Acceptance</w:t>
      </w:r>
    </w:p>
    <w:p>
      <w:r>
        <w:t>I accept this offer on the terms above. I understand that my employment is at will and that this letter is not a contract for any fixed period of employment.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Candidate signature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For the company 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