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Conditional job offer letter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[Candidate first name],</w:t>
      </w:r>
    </w:p>
    <w:p>
      <w:r>
        <w:t>We are pleased to make you a conditional offer of employment for the position of [Job title] at [location], starting [planned start date], at $[pay] per [hour / year].</w:t>
      </w:r>
    </w:p>
    <w:p>
      <w:r>
        <w:t>This offer is conditional on the following. We will not finalize your start date until each one is complete:</w:t>
        <w:br/>
      </w:r>
      <w:r>
        <w:t>1. A background check by [screening company], which we will run only after you sign the separate disclosure and authorization form we are sending with this letter</w:t>
        <w:br/>
      </w:r>
      <w:r>
        <w:t>2. [A drug test at an approved lab within __ days, if allowed by law for this role]</w:t>
        <w:br/>
      </w:r>
      <w:r>
        <w:t>3. [Verification of your license or certification: type and number]</w:t>
        <w:br/>
      </w:r>
      <w:r>
        <w:t>4. [Satisfactory references from __ previous employers]</w:t>
        <w:br/>
      </w:r>
      <w:r>
        <w:t>5. Documents that prove your identity and authorization to work in the United States for Form I-9, no later than three business days after your first day of work</w:t>
      </w:r>
    </w:p>
    <w:p>
      <w:r>
        <w:t>If something in a background report might cause us to withdraw this offer, we will first give you a copy of the report and a summary of your rights, and give you the chance to respond before we make a final decision.</w:t>
      </w:r>
    </w:p>
    <w:p>
      <w:r>
        <w:t>All other terms:</w:t>
        <w:br/>
      </w:r>
      <w:r>
        <w:t>- Reports to: [Manager name and title]</w:t>
        <w:br/>
      </w:r>
      <w:r>
        <w:t>- Classification: [Non-exempt hourly / Exempt salaried]</w:t>
        <w:br/>
      </w:r>
      <w:r>
        <w:t>- Schedule: [schedule]</w:t>
        <w:br/>
      </w:r>
      <w:r>
        <w:t>- Benefits: [summary or "see enclosed summary"]</w:t>
      </w:r>
    </w:p>
    <w:p>
      <w:r>
        <w:t>Employment with [Company name] is at will. This means that you or the company may end the employment relationship at any time, with or without cause or notice. Nothing in this letter is a contract for a fixed term of employment.</w:t>
      </w:r>
    </w:p>
    <w:p>
      <w:r>
        <w:t>Please sign below by [deadline date] to accept this conditional offer and return the authorization form.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Acceptance</w:t>
      </w:r>
    </w:p>
    <w:p>
      <w:r>
        <w:t>I accept this offer on the terms above. I understand that my employment is at will and that this letter is not a contract for any fixed period of employment.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Candidate signature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For the company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