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Employee write-up form</w:t>
      </w:r>
    </w:p>
    <w:p>
      <w:r>
        <w:rPr>
          <w:b/>
        </w:rPr>
        <w:t xml:space="preserve">Employee name: </w:t>
      </w:r>
      <w:r>
        <w:t>_______________________________________________</w:t>
      </w:r>
    </w:p>
    <w:p>
      <w:r>
        <w:rPr>
          <w:b/>
        </w:rPr>
        <w:t xml:space="preserve">Job title: </w:t>
      </w:r>
      <w:r>
        <w:t>___________________________________________________</w:t>
      </w:r>
    </w:p>
    <w:p>
      <w:r>
        <w:rPr>
          <w:b/>
        </w:rPr>
        <w:t xml:space="preserve">Manager: </w:t>
      </w:r>
      <w:r>
        <w:t>_____________________________________________________</w:t>
      </w:r>
    </w:p>
    <w:p>
      <w:r>
        <w:rPr>
          <w:b/>
        </w:rPr>
        <w:t xml:space="preserve">Date of write-up: </w:t>
      </w:r>
      <w:r>
        <w:t>____________________________________________</w:t>
      </w:r>
    </w:p>
    <w:p>
      <w:r>
        <w:rPr>
          <w:b/>
        </w:rPr>
        <w:t xml:space="preserve">Date of incident: </w:t>
      </w:r>
      <w:r>
        <w:t>____________________________________________</w:t>
      </w:r>
    </w:p>
    <w:p>
      <w:pPr>
        <w:pStyle w:val="Heading2"/>
      </w:pPr>
      <w:r>
        <w:t>Type of issue</w:t>
      </w:r>
    </w:p>
    <w:p>
      <w:r>
        <w:t>☐ Attendance   ☐ Tardiness   ☐ Performance   ☐ Conduct   ☐ Safety   ☐ Policy violation   ☐ Other</w:t>
      </w:r>
    </w:p>
    <w:p>
      <w:pPr>
        <w:pStyle w:val="Heading2"/>
      </w:pPr>
      <w:r>
        <w:t>Description</w:t>
      </w:r>
    </w:p>
    <w:p>
      <w:r>
        <w:rPr>
          <w:b/>
        </w:rPr>
        <w:t xml:space="preserve">What happened (facts, dates, times): </w:t>
      </w:r>
      <w:r>
        <w:t>_________________________</w:t>
      </w:r>
    </w:p>
    <w:p>
      <w:r>
        <w:rPr>
          <w:b/>
        </w:rPr>
        <w:t xml:space="preserve">(continued): </w:t>
      </w:r>
      <w:r>
        <w:t>_________________________________________________</w:t>
      </w:r>
    </w:p>
    <w:p>
      <w:r>
        <w:rPr>
          <w:b/>
        </w:rPr>
        <w:t xml:space="preserve">(continued): </w:t>
      </w:r>
      <w:r>
        <w:t>_________________________________________________</w:t>
      </w:r>
    </w:p>
    <w:p>
      <w:r>
        <w:rPr>
          <w:b/>
        </w:rPr>
        <w:t xml:space="preserve">Policy or rule: </w:t>
      </w:r>
      <w:r>
        <w:t>______________________________________________</w:t>
      </w:r>
    </w:p>
    <w:p>
      <w:pPr>
        <w:pStyle w:val="Heading2"/>
      </w:pPr>
      <w:r>
        <w:t>Action</w:t>
      </w:r>
    </w:p>
    <w:p>
      <w:r>
        <w:t>☐ Documented verbal warning   ☐ Written warning   ☐ Final warning   ☐ Suspension   ☐ Termination</w:t>
      </w:r>
    </w:p>
    <w:p>
      <w:r>
        <w:rPr>
          <w:b/>
        </w:rPr>
        <w:t xml:space="preserve">What must change: </w:t>
      </w:r>
      <w:r>
        <w:t>____________________________________________</w:t>
      </w:r>
    </w:p>
    <w:p>
      <w:r>
        <w:rPr>
          <w:b/>
        </w:rPr>
        <w:t xml:space="preserve">Consequence if it happens again: </w:t>
      </w:r>
      <w:r>
        <w:t>_____________________________</w:t>
      </w:r>
    </w:p>
    <w:p>
      <w:r>
        <w:t>My signature confirms that this write-up was discussed with me and that I received a copy. It does not mean I agree. I may attach a written response.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Employee signature                              Date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Manager signature                               Date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