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Safety violation write-up form</w:t>
      </w:r>
    </w:p>
    <w:p>
      <w:r>
        <w:rPr>
          <w:b/>
        </w:rPr>
        <w:t xml:space="preserve">Employee name: </w:t>
      </w:r>
      <w:r>
        <w:t>_______________________________________________</w:t>
      </w:r>
    </w:p>
    <w:p>
      <w:r>
        <w:rPr>
          <w:b/>
        </w:rPr>
        <w:t xml:space="preserve">Job title: </w:t>
      </w:r>
      <w:r>
        <w:t>___________________________________________________</w:t>
      </w:r>
    </w:p>
    <w:p>
      <w:r>
        <w:rPr>
          <w:b/>
        </w:rPr>
        <w:t xml:space="preserve">Site or job number: </w:t>
      </w:r>
      <w:r>
        <w:t>__________________________________________</w:t>
      </w:r>
    </w:p>
    <w:p>
      <w:r>
        <w:rPr>
          <w:b/>
        </w:rPr>
        <w:t xml:space="preserve">Supervisor: </w:t>
      </w:r>
      <w:r>
        <w:t>__________________________________________________</w:t>
      </w:r>
    </w:p>
    <w:p>
      <w:r>
        <w:rPr>
          <w:b/>
        </w:rPr>
        <w:t xml:space="preserve">Date and time of violation: </w:t>
      </w:r>
      <w:r>
        <w:t>__________________________________</w:t>
      </w:r>
    </w:p>
    <w:p>
      <w:pPr>
        <w:pStyle w:val="Heading2"/>
      </w:pPr>
      <w:r>
        <w:t>Violation</w:t>
      </w:r>
    </w:p>
    <w:p>
      <w:r>
        <w:t>☐ PPE not worn   ☐ Lockout / tagout   ☐ Equipment or vehicle   ☐ Fall protection   ☐ Housekeeping or blocked exit</w:t>
      </w:r>
    </w:p>
    <w:p>
      <w:r>
        <w:t>☐ Unsafe lifting   ☐ Chemical handling   ☐ Skipped inspection   ☐ Horseplay   ☐ Other</w:t>
      </w:r>
    </w:p>
    <w:p>
      <w:r>
        <w:rPr>
          <w:b/>
        </w:rPr>
        <w:t xml:space="preserve">What happened (facts): </w:t>
      </w:r>
      <w:r>
        <w:t>_______________________________________</w:t>
      </w:r>
    </w:p>
    <w:p>
      <w:r>
        <w:rPr>
          <w:b/>
        </w:rPr>
        <w:t xml:space="preserve">(continued): </w:t>
      </w:r>
      <w:r>
        <w:t>_________________________________________________</w:t>
      </w:r>
    </w:p>
    <w:p>
      <w:r>
        <w:rPr>
          <w:b/>
        </w:rPr>
        <w:t xml:space="preserve">Safety rule or procedure: </w:t>
      </w:r>
      <w:r>
        <w:t>____________________________________</w:t>
      </w:r>
    </w:p>
    <w:p>
      <w:r>
        <w:rPr>
          <w:b/>
        </w:rPr>
        <w:t xml:space="preserve">Anyone hurt or near miss? (describe): </w:t>
      </w:r>
      <w:r>
        <w:t>________________________</w:t>
      </w:r>
    </w:p>
    <w:p>
      <w:pPr>
        <w:pStyle w:val="Heading2"/>
      </w:pPr>
      <w:r>
        <w:t>Immediate action taken</w:t>
      </w:r>
    </w:p>
    <w:p>
      <w:r>
        <w:t>☐ Work stopped   ☐ Hazard corrected   ☐ Equipment tagged out   ☐ Incident report filed</w:t>
      </w:r>
    </w:p>
    <w:p>
      <w:pPr>
        <w:pStyle w:val="Heading2"/>
      </w:pPr>
      <w:r>
        <w:t>Discipline and retraining</w:t>
      </w:r>
    </w:p>
    <w:p>
      <w:r>
        <w:t>☐ Documented coaching   ☐ Written warning   ☐ Final warning   ☐ Suspension   ☐ Termination</w:t>
      </w:r>
    </w:p>
    <w:p>
      <w:r>
        <w:rPr>
          <w:b/>
        </w:rPr>
        <w:t xml:space="preserve">Retraining required (topic, date, trainer): </w:t>
      </w:r>
      <w:r>
        <w:t>__________________</w:t>
      </w:r>
    </w:p>
    <w:p>
      <w:r>
        <w:rPr>
          <w:b/>
        </w:rPr>
        <w:t xml:space="preserve">Next step if repeated: </w:t>
      </w:r>
      <w:r>
        <w:t>_______________________________________</w:t>
      </w:r>
    </w:p>
    <w:p>
      <w:r>
        <w:t>My signature confirms that this write-up was discussed with me and that I received a copy. It does not mean I agree. I may attach a written response.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Supervisor signature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