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Restaurant and retail employee write-up form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Position: </w:t>
      </w:r>
      <w:r>
        <w:t>____________________________________________________</w:t>
      </w:r>
    </w:p>
    <w:p>
      <w:r>
        <w:rPr>
          <w:b/>
        </w:rPr>
        <w:t xml:space="preserve">Location: </w:t>
      </w:r>
      <w:r>
        <w:t>____________________________________________________</w:t>
      </w:r>
    </w:p>
    <w:p>
      <w:r>
        <w:rPr>
          <w:b/>
        </w:rPr>
        <w:t xml:space="preserve">Shift (date and time): </w:t>
      </w:r>
      <w:r>
        <w:t>_______________________________________</w:t>
      </w:r>
    </w:p>
    <w:p>
      <w:r>
        <w:rPr>
          <w:b/>
        </w:rPr>
        <w:t xml:space="preserve">Manager on duty: </w:t>
      </w:r>
      <w:r>
        <w:t>_____________________________________________</w:t>
      </w:r>
    </w:p>
    <w:p>
      <w:pPr>
        <w:pStyle w:val="Heading2"/>
      </w:pPr>
      <w:r>
        <w:t>Issue</w:t>
      </w:r>
    </w:p>
    <w:p>
      <w:r>
        <w:t>☐ Cash handling or register variance   ☐ Voids, comps or discounts   ☐ Food safety or sanitation</w:t>
      </w:r>
    </w:p>
    <w:p>
      <w:r>
        <w:t>☐ Guest or customer service   ☐ Dress code or hygiene   ☐ Side work or closing duties</w:t>
      </w:r>
    </w:p>
    <w:p>
      <w:r>
        <w:t>☐ Late, left early or missed break rules   ☐ Phone use   ☐ Other</w:t>
      </w:r>
    </w:p>
    <w:p>
      <w:r>
        <w:rPr>
          <w:b/>
        </w:rPr>
        <w:t xml:space="preserve">What happened (facts, amounts, ticket or receipt numbers): </w:t>
      </w:r>
      <w:r>
        <w:t>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Policy or standard: </w:t>
      </w:r>
      <w:r>
        <w:t>__________________________________________</w:t>
      </w:r>
    </w:p>
    <w:p>
      <w:pPr>
        <w:pStyle w:val="Heading2"/>
      </w:pPr>
      <w:r>
        <w:t>Action</w:t>
      </w:r>
    </w:p>
    <w:p>
      <w:r>
        <w:t>☐ Coaching (documented)   ☐ Written warning   ☐ Final warning   ☐ Removed from shift (paid / unpaid)</w:t>
      </w:r>
    </w:p>
    <w:p>
      <w:r>
        <w:rPr>
          <w:b/>
        </w:rPr>
        <w:t xml:space="preserve">What must change: </w:t>
      </w:r>
      <w:r>
        <w:t>____________________________________________</w:t>
      </w:r>
    </w:p>
    <w:p>
      <w:r>
        <w:rPr>
          <w:b/>
        </w:rPr>
        <w:t xml:space="preserve">Retraining (date and trainer): </w:t>
      </w:r>
      <w:r>
        <w:t>_______________________________</w:t>
      </w:r>
    </w:p>
    <w:p>
      <w:r>
        <w:rPr>
          <w:b/>
        </w:rPr>
        <w:t xml:space="preserve">Next step if it happens again: </w:t>
      </w:r>
      <w:r>
        <w:t>_______________________________</w:t>
      </w:r>
    </w:p>
    <w:p>
      <w:r>
        <w:t>My signature confirms that this write-up was discussed with me and that I received a copy. It does not mean I agree. I may attach a written response.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