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Workplace incident report and witness statement</w:t>
      </w:r>
    </w:p>
    <w:p>
      <w:pPr>
        <w:pStyle w:val="Heading2"/>
      </w:pPr>
      <w:r>
        <w:t>Part 1: Incident report (manager)</w:t>
      </w:r>
    </w:p>
    <w:p>
      <w:r>
        <w:rPr>
          <w:b/>
        </w:rPr>
        <w:t xml:space="preserve">Reported by: </w:t>
      </w:r>
      <w:r>
        <w:t>_________________________________________________</w:t>
      </w:r>
    </w:p>
    <w:p>
      <w:r>
        <w:rPr>
          <w:b/>
        </w:rPr>
        <w:t xml:space="preserve">Date and time of incident: </w:t>
      </w:r>
      <w:r>
        <w:t>___________________________________</w:t>
      </w:r>
    </w:p>
    <w:p>
      <w:r>
        <w:rPr>
          <w:b/>
        </w:rPr>
        <w:t xml:space="preserve">Location: </w:t>
      </w:r>
      <w:r>
        <w:t>____________________________________________________</w:t>
      </w:r>
    </w:p>
    <w:p>
      <w:r>
        <w:rPr>
          <w:b/>
        </w:rPr>
        <w:t xml:space="preserve">Employees involved: </w:t>
      </w:r>
      <w:r>
        <w:t>__________________________________________</w:t>
      </w:r>
    </w:p>
    <w:p>
      <w:r>
        <w:rPr>
          <w:b/>
        </w:rPr>
        <w:t xml:space="preserve">Witnesses: </w:t>
      </w:r>
      <w:r>
        <w:t>___________________________________________________</w:t>
      </w:r>
    </w:p>
    <w:p>
      <w:r>
        <w:rPr>
          <w:b/>
        </w:rPr>
        <w:t xml:space="preserve">What was reported: </w:t>
      </w:r>
      <w:r>
        <w:t>___________________________________________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Evidence collected (video, receipts, logs, photos): </w:t>
      </w:r>
      <w:r>
        <w:t>__________</w:t>
      </w:r>
    </w:p>
    <w:p>
      <w:pPr>
        <w:pStyle w:val="Heading2"/>
      </w:pPr>
      <w:r>
        <w:t>Part 2: Witness statement</w:t>
      </w:r>
    </w:p>
    <w:p>
      <w:r>
        <w:rPr>
          <w:b/>
        </w:rPr>
        <w:t xml:space="preserve">Witness name and job title: </w:t>
      </w:r>
      <w:r>
        <w:t>__________________________________</w:t>
      </w:r>
    </w:p>
    <w:p>
      <w:r>
        <w:rPr>
          <w:b/>
        </w:rPr>
        <w:t xml:space="preserve">Date and time of statement: </w:t>
      </w:r>
      <w:r>
        <w:t>__________________________________</w:t>
      </w:r>
    </w:p>
    <w:p>
      <w:r>
        <w:t>Describe only what you saw and heard yourself, in your own words, with times and places.</w:t>
      </w:r>
    </w:p>
    <w:p>
      <w:r>
        <w:rPr>
          <w:b/>
        </w:rPr>
        <w:t xml:space="preserve">Statement: </w:t>
      </w:r>
      <w:r>
        <w:t>___________________________________________________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t>☐ This statement is true and complete to the best of my knowledge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Witness signature 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taking the statement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