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Written warning letter</w:t>
      </w:r>
    </w:p>
    <w:p>
      <w:r>
        <w:t>[Company name]</w:t>
      </w:r>
    </w:p>
    <w:p>
      <w:r>
        <w:t>[Date]</w:t>
      </w:r>
    </w:p>
    <w:p>
      <w:r>
        <w:t>To: [Employee name], [Job title]</w:t>
        <w:br/>
      </w:r>
      <w:r>
        <w:t>From: [Manager name], [Title]</w:t>
        <w:br/>
      </w:r>
      <w:r>
        <w:t>Subject: Written warning: [performance / conduct issue]</w:t>
      </w:r>
    </w:p>
    <w:p>
      <w:r>
        <w:t>This letter is a written warning about [issue in a few words].</w:t>
      </w:r>
    </w:p>
    <w:p>
      <w:r>
        <w:t>What happened</w:t>
        <w:br/>
      </w:r>
      <w:r>
        <w:t>[Describe the facts: dates, what was expected, what actually happened, with numbers or records where possible.]</w:t>
      </w:r>
    </w:p>
    <w:p>
      <w:r>
        <w:t>Earlier discussion</w:t>
        <w:br/>
      </w:r>
      <w:r>
        <w:t>We discussed this issue on [date(s)] [in a verbal warning on date]. [What was agreed then.]</w:t>
      </w:r>
    </w:p>
    <w:p>
      <w:r>
        <w:t>What must change</w:t>
        <w:br/>
      </w:r>
      <w:r>
        <w:t>- [Specific, measurable expectation]</w:t>
        <w:br/>
      </w:r>
      <w:r>
        <w:t>- [Second expectation, if any]</w:t>
        <w:br/>
      </w:r>
      <w:r>
        <w:t>Starting [date], I will review progress with you [weekly on day]. We will offer [training, a schedule change, a checklist or other support].</w:t>
      </w:r>
    </w:p>
    <w:p>
      <w:r>
        <w:t>What happens next</w:t>
        <w:br/>
      </w:r>
      <w:r>
        <w:t>If the required improvement is not made by [date], or the issue happens again, the next step may be [a final written warning / further discipline up to and including termination]. This letter does not change the at-will nature of your employment.</w:t>
      </w:r>
    </w:p>
    <w:p>
      <w:r>
        <w:t>You may add a written response, which will be kept in your file with this letter.</w:t>
      </w:r>
    </w:p>
    <w:p>
      <w:r>
        <w:t>[Manager name]</w:t>
        <w:br/>
      </w:r>
      <w:r>
        <w:t>[Title]</w:t>
      </w:r>
    </w:p>
    <w:p>
      <w:r>
        <w:t>By signing, I confirm that I received this warning and that it was discussed with me. My signature does not mean I agree. I may add a written response, which will be kept with this notice.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Employee signature 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Manager signature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