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111111"/>
        </w:rPr>
        <w:t>Warning acknowledgment and employee response</w:t>
      </w:r>
    </w:p>
    <w:p>
      <w:r>
        <w:rPr>
          <w:b/>
        </w:rPr>
        <w:t xml:space="preserve">Employee name: </w:t>
      </w:r>
      <w:r>
        <w:t>_______________________________________________</w:t>
      </w:r>
    </w:p>
    <w:p>
      <w:r>
        <w:rPr>
          <w:b/>
        </w:rPr>
        <w:t xml:space="preserve">Date of warning: </w:t>
      </w:r>
      <w:r>
        <w:t>_____________________________________________</w:t>
      </w:r>
    </w:p>
    <w:p>
      <w:r>
        <w:rPr>
          <w:b/>
        </w:rPr>
        <w:t xml:space="preserve">Warning given by: </w:t>
      </w:r>
      <w:r>
        <w:t>____________________________________________</w:t>
      </w:r>
    </w:p>
    <w:p>
      <w:r>
        <w:rPr>
          <w:b/>
        </w:rPr>
        <w:t xml:space="preserve">Type of warning: </w:t>
      </w:r>
      <w:r>
        <w:t>_____________________________________________</w:t>
      </w:r>
    </w:p>
    <w:p>
      <w:pPr>
        <w:pStyle w:val="Heading2"/>
      </w:pPr>
      <w:r>
        <w:t>Acknowledgment</w:t>
      </w:r>
    </w:p>
    <w:p>
      <w:r>
        <w:t>I received a copy of the warning dated above. My signature confirms that I received it, not that I agree with it.</w:t>
      </w:r>
    </w:p>
    <w:p>
      <w:pPr>
        <w:spacing w:before="360"/>
      </w:pPr>
      <w:r>
        <w:t>__________________________________        ________________</w:t>
      </w:r>
    </w:p>
    <w:p>
      <w:r>
        <w:rPr>
          <w:sz w:val="18"/>
        </w:rPr>
        <w:t>Employee signature                              Date</w:t>
      </w:r>
    </w:p>
    <w:p>
      <w:pPr>
        <w:pStyle w:val="Heading2"/>
      </w:pPr>
      <w:r>
        <w:t>My response (optional)</w:t>
      </w:r>
    </w:p>
    <w:p>
      <w:r>
        <w:t>☐ I agree with the warning   ☐ I partly agree   ☐ I disagree</w:t>
      </w:r>
    </w:p>
    <w:p>
      <w:r>
        <w:rPr>
          <w:b/>
        </w:rPr>
        <w:t xml:space="preserve">My explanation: </w:t>
      </w:r>
      <w:r>
        <w:t>______________________________________________</w:t>
      </w:r>
    </w:p>
    <w:p>
      <w:r>
        <w:rPr>
          <w:b/>
        </w:rPr>
        <w:t xml:space="preserve">(continued): </w:t>
      </w:r>
      <w:r>
        <w:t>_________________________________________________</w:t>
      </w:r>
    </w:p>
    <w:p>
      <w:r>
        <w:rPr>
          <w:b/>
        </w:rPr>
        <w:t xml:space="preserve">(continued): </w:t>
      </w:r>
      <w:r>
        <w:t>_________________________________________________</w:t>
      </w:r>
    </w:p>
    <w:p>
      <w:r>
        <w:rPr>
          <w:b/>
        </w:rPr>
        <w:t xml:space="preserve">(continued): </w:t>
      </w:r>
      <w:r>
        <w:t>_________________________________________________</w:t>
      </w:r>
    </w:p>
    <w:p>
      <w:r>
        <w:rPr>
          <w:b/>
        </w:rPr>
        <w:t xml:space="preserve">Facts, documents or witnesses I want considered: </w:t>
      </w:r>
      <w:r>
        <w:t>_____________</w:t>
      </w:r>
    </w:p>
    <w:p>
      <w:r>
        <w:rPr>
          <w:b/>
        </w:rPr>
        <w:t xml:space="preserve">(continued): </w:t>
      </w:r>
      <w:r>
        <w:t>_________________________________________________</w:t>
      </w:r>
    </w:p>
    <w:p>
      <w:pPr>
        <w:pStyle w:val="Heading2"/>
      </w:pPr>
      <w:r>
        <w:t>For the manager or HR</w:t>
      </w:r>
    </w:p>
    <w:p>
      <w:r>
        <w:rPr>
          <w:b/>
        </w:rPr>
        <w:t xml:space="preserve">Date response received: </w:t>
      </w:r>
      <w:r>
        <w:t>______________________________________</w:t>
      </w:r>
    </w:p>
    <w:p>
      <w:r>
        <w:rPr>
          <w:b/>
        </w:rPr>
        <w:t xml:space="preserve">Reviewed by: </w:t>
      </w:r>
      <w:r>
        <w:t>_________________________________________________</w:t>
      </w:r>
    </w:p>
    <w:p>
      <w:r>
        <w:rPr>
          <w:b/>
        </w:rPr>
        <w:t xml:space="preserve">Action taken: </w:t>
      </w:r>
      <w:r>
        <w:t>________________________________________________</w:t>
      </w:r>
    </w:p>
    <w:p>
      <w:pPr>
        <w:spacing w:before="360"/>
      </w:pPr>
      <w:r>
        <w:t>__________________________________        ________________</w:t>
      </w:r>
    </w:p>
    <w:p>
      <w:r>
        <w:rPr>
          <w:sz w:val="18"/>
        </w:rPr>
        <w:t>Manager or HR signature                         Date</w:t>
      </w:r>
    </w:p>
    <w:sectPr w:rsidR="00FC693F" w:rsidRPr="0006063C" w:rsidSect="00034616">
      <w:footerReference w:type="default" r:id="rId9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88888"/>
        <w:sz w:val="16"/>
      </w:rPr>
      <w:t>Free template from workzenly.com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