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Final written warning</w:t>
      </w:r>
    </w:p>
    <w:p>
      <w:r>
        <w:t>[Company name]</w:t>
      </w:r>
    </w:p>
    <w:p>
      <w:r>
        <w:t>[Date]</w:t>
      </w:r>
    </w:p>
    <w:p>
      <w:r>
        <w:t>PERSONAL AND CONFIDENTIAL</w:t>
      </w:r>
    </w:p>
    <w:p>
      <w:r>
        <w:t>To: [Employee name], [Job title]</w:t>
        <w:br/>
      </w:r>
      <w:r>
        <w:t>From: [Manager name], [Title]</w:t>
        <w:br/>
      </w:r>
      <w:r>
        <w:t>Subject: Final written warning</w:t>
      </w:r>
    </w:p>
    <w:p>
      <w:r>
        <w:t>This is a final written warning about [issue].</w:t>
      </w:r>
    </w:p>
    <w:p>
      <w:r>
        <w:t>History</w:t>
        <w:br/>
      </w:r>
      <w:r>
        <w:t>- [Date]: verbal warning for [issue]</w:t>
        <w:br/>
      </w:r>
      <w:r>
        <w:t>- [Date]: written warning for [issue]</w:t>
        <w:br/>
      </w:r>
      <w:r>
        <w:t>- [Date of latest incident]: [what happened, facts only]</w:t>
      </w:r>
    </w:p>
    <w:p>
      <w:r>
        <w:t>Despite these warnings and the support we offered ([training, check-ins, schedule change]), the issue has continued.</w:t>
      </w:r>
    </w:p>
    <w:p>
      <w:r>
        <w:t>What must change, starting immediately</w:t>
        <w:br/>
      </w:r>
      <w:r>
        <w:t>- [Specific, measurable expectation]</w:t>
        <w:br/>
      </w:r>
      <w:r>
        <w:t>- [Second expectation]</w:t>
      </w:r>
    </w:p>
    <w:p>
      <w:r>
        <w:t>This is the last step before termination. If [the issue] happens again within [__ days / months], or you do not meet the expectations above, your employment may be terminated. This warning does not change the at-will nature of your employment, and the company may skip steps for serious misconduct.</w:t>
      </w:r>
    </w:p>
    <w:p>
      <w:r>
        <w:t>We want you to succeed. If something is making it hard to meet these expectations, including a health issue or a need for leave or an accommodation, please tell me or HR.</w:t>
      </w:r>
    </w:p>
    <w:p>
      <w:r>
        <w:t>You may add a written response, which will be kept in your file with this letter.</w:t>
      </w:r>
    </w:p>
    <w:p>
      <w:r>
        <w:t>[Manager name]</w:t>
        <w:br/>
      </w:r>
      <w:r>
        <w:t>[Title]</w:t>
      </w:r>
    </w:p>
    <w:p>
      <w:r>
        <w:t>By signing, I confirm that I received this warning and that it was discussed with me. My signature does not mean I agree. I may add a written response, which will be kept with this notice.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Manager signature 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Witness (if employee declines to sign)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