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warning notice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 and department: </w:t>
      </w:r>
      <w:r>
        <w:t>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Date of notice: </w:t>
      </w:r>
      <w:r>
        <w:t>______________________________________________</w:t>
      </w:r>
    </w:p>
    <w:p>
      <w:pPr>
        <w:pStyle w:val="Heading2"/>
      </w:pPr>
      <w:r>
        <w:t>Type of warning</w:t>
      </w:r>
    </w:p>
    <w:p>
      <w:r>
        <w:t>☐ Verbal warning (documented)   ☐ First written warning   ☐ Second written warning   ☐ Final written warning</w:t>
      </w:r>
    </w:p>
    <w:p>
      <w:pPr>
        <w:pStyle w:val="Heading2"/>
      </w:pPr>
      <w:r>
        <w:t>Reason</w:t>
      </w:r>
    </w:p>
    <w:p>
      <w:r>
        <w:t>☐ Attendance or tardiness   ☐ Performance   ☐ Conduct   ☐ Safety   ☐ Policy violation   ☐ Other</w:t>
      </w:r>
    </w:p>
    <w:p>
      <w:r>
        <w:rPr>
          <w:b/>
        </w:rPr>
        <w:t xml:space="preserve">Date(s) of the issue: </w:t>
      </w:r>
      <w:r>
        <w:t>________________________________________</w:t>
      </w:r>
    </w:p>
    <w:p>
      <w:r>
        <w:rPr>
          <w:b/>
        </w:rPr>
        <w:t xml:space="preserve">What happened (facts only): </w:t>
      </w:r>
      <w:r>
        <w:t>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Policy or standard involved: </w:t>
      </w:r>
      <w:r>
        <w:t>_________________________________</w:t>
      </w:r>
    </w:p>
    <w:p>
      <w:r>
        <w:rPr>
          <w:b/>
        </w:rPr>
        <w:t xml:space="preserve">Earlier warnings on this issue (dates): </w:t>
      </w:r>
      <w:r>
        <w:t>______________________</w:t>
      </w:r>
    </w:p>
    <w:p>
      <w:pPr>
        <w:pStyle w:val="Heading2"/>
      </w:pPr>
      <w:r>
        <w:t>Expected improvement</w:t>
      </w:r>
    </w:p>
    <w:p>
      <w:r>
        <w:rPr>
          <w:b/>
        </w:rPr>
        <w:t xml:space="preserve">What must change: </w:t>
      </w:r>
      <w:r>
        <w:t>____________________________________________</w:t>
      </w:r>
    </w:p>
    <w:p>
      <w:r>
        <w:rPr>
          <w:b/>
        </w:rPr>
        <w:t xml:space="preserve">By when: </w:t>
      </w:r>
      <w:r>
        <w:t>_____________________________________________________</w:t>
      </w:r>
    </w:p>
    <w:p>
      <w:r>
        <w:rPr>
          <w:b/>
        </w:rPr>
        <w:t xml:space="preserve">Support offered (training, schedule, check-ins): </w:t>
      </w:r>
      <w:r>
        <w:t>_____________</w:t>
      </w:r>
    </w:p>
    <w:p>
      <w:r>
        <w:rPr>
          <w:b/>
        </w:rPr>
        <w:t xml:space="preserve">Next step if the issue continues: </w:t>
      </w:r>
      <w:r>
        <w:t>____________________________</w:t>
      </w:r>
    </w:p>
    <w:p>
      <w:r>
        <w:t>By signing, I confirm that I received this warning and that it was discussed with me. My signature does not mean I agree. I may add a written response, which will be kept with this notice.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