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Conduct warning letter</w:t>
      </w:r>
    </w:p>
    <w:p>
      <w:r>
        <w:t>[Company name]</w:t>
      </w:r>
    </w:p>
    <w:p>
      <w:r>
        <w:t>[Date]</w:t>
      </w:r>
    </w:p>
    <w:p>
      <w:r>
        <w:t>To: [Employee name], [Job title]</w:t>
        <w:br/>
      </w:r>
      <w:r>
        <w:t>From: [Manager name], [Title]</w:t>
        <w:br/>
      </w:r>
      <w:r>
        <w:t>Subject: Written warning: workplace conduct</w:t>
      </w:r>
    </w:p>
    <w:p>
      <w:r>
        <w:t>This letter is a written warning about your conduct on [date].</w:t>
      </w:r>
    </w:p>
    <w:p>
      <w:r>
        <w:t>What happened</w:t>
        <w:br/>
      </w:r>
      <w:r>
        <w:t>On [date] at about [time], [describe the behavior factually, what was said or done, who was present]. [We spoke with (number) witnesses and reviewed (records).]</w:t>
      </w:r>
    </w:p>
    <w:p>
      <w:r>
        <w:t>Why it matters</w:t>
        <w:br/>
      </w:r>
      <w:r>
        <w:t>This conduct does not meet our [policy name, handbook section], which requires [the standard in plain words].</w:t>
      </w:r>
    </w:p>
    <w:p>
      <w:r>
        <w:t>What we expect</w:t>
        <w:br/>
      </w:r>
      <w:r>
        <w:t>- [Specific behavior expected, such as: speak to customers and coworkers without profanity or raised voices]</w:t>
        <w:br/>
      </w:r>
      <w:r>
        <w:t>- [If you disagree with a coworker or customer, step away and bring in the shift lead]</w:t>
      </w:r>
    </w:p>
    <w:p>
      <w:r>
        <w:t>If this conduct happens again, the next step may be [a final written warning / termination]. This letter does not change the at-will nature of your employment.</w:t>
      </w:r>
    </w:p>
    <w:p>
      <w:r>
        <w:t>You may add a written response, which will be kept in your file with this letter.</w:t>
      </w:r>
    </w:p>
    <w:p>
      <w:r>
        <w:t>[Manager name]</w:t>
        <w:br/>
      </w:r>
      <w:r>
        <w:t>[Title]</w:t>
      </w:r>
    </w:p>
    <w:p>
      <w:r>
        <w:t>By signing, I confirm that I received this warning and that it was discussed with me. My signature does not mean I agree. I may add a written response, which will be kept with this notice.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