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111111"/>
        </w:rPr>
        <w:t>Attendance and tardiness warning notice</w:t>
      </w:r>
    </w:p>
    <w:p>
      <w:r>
        <w:rPr>
          <w:b/>
        </w:rPr>
        <w:t xml:space="preserve">Employee name: </w:t>
      </w:r>
      <w:r>
        <w:t>_______________________________________________</w:t>
      </w:r>
    </w:p>
    <w:p>
      <w:r>
        <w:rPr>
          <w:b/>
        </w:rPr>
        <w:t xml:space="preserve">Position and location: </w:t>
      </w:r>
      <w:r>
        <w:t>_______________________________________</w:t>
      </w:r>
    </w:p>
    <w:p>
      <w:r>
        <w:rPr>
          <w:b/>
        </w:rPr>
        <w:t xml:space="preserve">Manager: </w:t>
      </w:r>
      <w:r>
        <w:t>_____________________________________________________</w:t>
      </w:r>
    </w:p>
    <w:p>
      <w:r>
        <w:rPr>
          <w:b/>
        </w:rPr>
        <w:t xml:space="preserve">Date of notice: </w:t>
      </w:r>
      <w:r>
        <w:t>______________________________________________</w:t>
      </w:r>
    </w:p>
    <w:p>
      <w:r>
        <w:t>☐ First written warning   ☐ Second written warning   ☐ Final written warning</w:t>
      </w:r>
    </w:p>
    <w:p>
      <w:pPr>
        <w:pStyle w:val="Heading2"/>
      </w:pPr>
      <w:r>
        <w:t>Attendance record (from time clock and schedule)</w:t>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1608"/>
          </w:tcPr>
          <w:p>
            <w:r>
              <w:rPr>
                <w:b/>
              </w:rPr>
              <w:t>Date</w:t>
            </w:r>
          </w:p>
        </w:tc>
        <w:tc>
          <w:tcPr>
            <w:tcW w:type="dxa" w:w="1608"/>
          </w:tcPr>
          <w:p>
            <w:r>
              <w:rPr>
                <w:b/>
              </w:rPr>
              <w:t>Scheduled start</w:t>
            </w:r>
          </w:p>
        </w:tc>
        <w:tc>
          <w:tcPr>
            <w:tcW w:type="dxa" w:w="1608"/>
          </w:tcPr>
          <w:p>
            <w:r>
              <w:rPr>
                <w:b/>
              </w:rPr>
              <w:t>Clock-in</w:t>
            </w:r>
          </w:p>
        </w:tc>
        <w:tc>
          <w:tcPr>
            <w:tcW w:type="dxa" w:w="1608"/>
          </w:tcPr>
          <w:p>
            <w:r>
              <w:rPr>
                <w:b/>
              </w:rPr>
              <w:t>Minutes late / absent</w:t>
            </w:r>
          </w:p>
        </w:tc>
        <w:tc>
          <w:tcPr>
            <w:tcW w:type="dxa" w:w="1608"/>
          </w:tcPr>
          <w:p>
            <w:r>
              <w:rPr>
                <w:b/>
              </w:rPr>
              <w:t>Notice given?</w:t>
            </w:r>
          </w:p>
        </w:tc>
        <w:tc>
          <w:tcPr>
            <w:tcW w:type="dxa" w:w="1608"/>
          </w:tcPr>
          <w:p>
            <w:r>
              <w:rPr>
                <w:b/>
              </w:rPr>
              <w:t>Points</w:t>
            </w:r>
          </w:p>
        </w:tc>
      </w:tr>
      <w:tr>
        <w:tc>
          <w:tcPr>
            <w:tcW w:type="dxa" w:w="1608"/>
          </w:tcPr>
          <w:p>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p>
        </w:tc>
        <w:tc>
          <w:tcPr>
            <w:tcW w:type="dxa" w:w="1608"/>
          </w:tcPr>
          <w:p>
            <w:r/>
          </w:p>
        </w:tc>
        <w:tc>
          <w:tcPr>
            <w:tcW w:type="dxa" w:w="1608"/>
          </w:tcPr>
          <w:p>
            <w:r/>
          </w:p>
        </w:tc>
        <w:tc>
          <w:tcPr>
            <w:tcW w:type="dxa" w:w="1608"/>
          </w:tcPr>
          <w:p>
            <w:r/>
          </w:p>
        </w:tc>
        <w:tc>
          <w:tcPr>
            <w:tcW w:type="dxa" w:w="1608"/>
          </w:tcPr>
          <w:p>
            <w:r/>
          </w:p>
        </w:tc>
        <w:tc>
          <w:tcPr>
            <w:tcW w:type="dxa" w:w="1608"/>
          </w:tcPr>
          <w:p>
            <w:r/>
          </w:p>
        </w:tc>
      </w:tr>
    </w:tbl>
    <w:p/>
    <w:p>
      <w:r>
        <w:rPr>
          <w:b/>
        </w:rPr>
        <w:t xml:space="preserve">Total points in the rolling period: </w:t>
      </w:r>
      <w:r>
        <w:t>__________________________</w:t>
      </w:r>
    </w:p>
    <w:p>
      <w:r>
        <w:rPr>
          <w:b/>
        </w:rPr>
        <w:t xml:space="preserve">Policy limit before this level of warning: </w:t>
      </w:r>
      <w:r>
        <w:t>___________________</w:t>
      </w:r>
    </w:p>
    <w:p>
      <w:r>
        <w:t>Absences protected by law are not counted, including FMLA leave, paid sick leave under state or local law, jury duty and other protected leave. Tell your manager or HR if any absence above should be protected.</w:t>
      </w:r>
    </w:p>
    <w:p>
      <w:r>
        <w:rPr>
          <w:b/>
        </w:rPr>
        <w:t xml:space="preserve">Expectation going forward: </w:t>
      </w:r>
      <w:r>
        <w:t>___________________________________</w:t>
      </w:r>
    </w:p>
    <w:p>
      <w:r>
        <w:rPr>
          <w:b/>
        </w:rPr>
        <w:t xml:space="preserve">Next step if the issue continues: </w:t>
      </w:r>
      <w:r>
        <w:t>____________________________</w:t>
      </w:r>
    </w:p>
    <w:p>
      <w:r>
        <w:t>By signing, I confirm that I received this warning and that it was discussed with me. My signature does not mean I agree. I may add a written response, which will be kept with this notice.</w:t>
      </w:r>
    </w:p>
    <w:p>
      <w:pPr>
        <w:spacing w:before="360"/>
      </w:pPr>
      <w:r>
        <w:t>__________________________________        ________________</w:t>
      </w:r>
    </w:p>
    <w:p>
      <w:r>
        <w:rPr>
          <w:sz w:val="18"/>
        </w:rPr>
        <w:t>Employee signature                              Date</w:t>
      </w:r>
    </w:p>
    <w:p>
      <w:pPr>
        <w:spacing w:before="360"/>
      </w:pPr>
      <w:r>
        <w:t>__________________________________        ________________</w:t>
      </w:r>
    </w:p>
    <w:p>
      <w:r>
        <w:rPr>
          <w:sz w:val="18"/>
        </w:rPr>
        <w:t>Manager signature                               Date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88888"/>
        <w:sz w:val="16"/>
      </w:rPr>
      <w:t>Free template from workzenly.com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