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handbook acknowledgment form</w:t>
      </w:r>
    </w:p>
    <w:p>
      <w:r>
        <w:rPr>
          <w:b/>
        </w:rPr>
        <w:t xml:space="preserve">Company: </w:t>
      </w:r>
      <w:r>
        <w:t>_____________________________________________________</w:t>
      </w:r>
    </w:p>
    <w:p>
      <w:r>
        <w:rPr>
          <w:b/>
        </w:rPr>
        <w:t xml:space="preserve">Handbook version or date: </w:t>
      </w:r>
      <w:r>
        <w:t>____________________________________</w:t>
      </w:r>
    </w:p>
    <w:p>
      <w:r>
        <w:t>I acknowledge that I have received a copy of the employee handbook, or been told how to access it electronically. I understand that it is my responsibility to read it, follow its policies, and ask [HR contact] about anything I do not understand.</w:t>
      </w:r>
    </w:p>
    <w:p>
      <w:r>
        <w:t>I understand that the handbook is not a contract of employment and that the company may change, add or remove policies, with written notice to employees. I understand that my employment is at will, meaning that either I or the company may end it at any time, except where state law or a signed written agreement says otherwise.</w:t>
      </w:r>
    </w:p>
    <w:p>
      <w:r>
        <w:t>I understand that nothing in the handbook prevents me from discussing my wages, hours or working conditions, or from filing a complaint with a government agency.</w:t>
      </w:r>
    </w:p>
    <w:p>
      <w:r>
        <w:rPr>
          <w:b/>
        </w:rPr>
        <w:t xml:space="preserve">Employee name (print): </w:t>
      </w:r>
      <w:r>
        <w:t>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Received by (company representative)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