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Peer evaluation form</w:t>
      </w:r>
    </w:p>
    <w:p>
      <w:r>
        <w:t>Coworkers complete this form as part of a 360-degree or team review. Comment only on work you have seen yourself.</w:t>
      </w:r>
    </w:p>
    <w:p>
      <w:r>
        <w:rPr>
          <w:b/>
        </w:rPr>
        <w:t xml:space="preserve">Employee being reviewed: </w:t>
      </w:r>
      <w:r>
        <w:t>_____________________________________</w:t>
      </w:r>
    </w:p>
    <w:p>
      <w:r>
        <w:rPr>
          <w:b/>
        </w:rPr>
        <w:t xml:space="preserve">Your relationship (same team, other team, shift lead): </w:t>
      </w:r>
      <w:r>
        <w:t>__________</w:t>
      </w:r>
    </w:p>
    <w:p>
      <w:r>
        <w:rPr>
          <w:b/>
        </w:rPr>
        <w:t xml:space="preserve">How often you work together: </w:t>
      </w:r>
      <w:r>
        <w:t>_________________________________</w:t>
      </w:r>
    </w:p>
    <w:p>
      <w:r>
        <w:t>Rate each area: 5 = Always, 4 = Usually, 3 = Sometimes, 2 = Rarely, 1 = Never. Leave blank if you have not seen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This coworker...</w:t>
            </w:r>
          </w:p>
        </w:tc>
        <w:tc>
          <w:tcPr>
            <w:tcW w:type="dxa" w:w="3216"/>
          </w:tcPr>
          <w:p>
            <w:r>
              <w:rPr>
                <w:b/>
              </w:rPr>
              <w:t>Rating (1 to 5)</w:t>
            </w:r>
          </w:p>
        </w:tc>
        <w:tc>
          <w:tcPr>
            <w:tcW w:type="dxa" w:w="3216"/>
          </w:tcPr>
          <w:p>
            <w:r>
              <w:rPr>
                <w:b/>
              </w:rPr>
              <w:t>Example</w:t>
            </w:r>
          </w:p>
        </w:tc>
      </w:tr>
      <w:tr>
        <w:tc>
          <w:tcPr>
            <w:tcW w:type="dxa" w:w="3216"/>
          </w:tcPr>
          <w:p>
            <w:r>
              <w:t>Does their share of the work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Shares information and helps when busy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Communicates clearly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Is dependable for shifts and handoffs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Treats coworkers with respect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Is open to feedback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r>
        <w:rPr>
          <w:b/>
        </w:rPr>
        <w:t xml:space="preserve">What this coworker does best: </w:t>
      </w:r>
      <w:r>
        <w:t>________________________________</w:t>
      </w:r>
    </w:p>
    <w:p>
      <w:r>
        <w:rPr>
          <w:b/>
        </w:rPr>
        <w:t xml:space="preserve">One suggestion for this coworker: </w:t>
      </w:r>
      <w:r>
        <w:t>____________________________</w:t>
      </w:r>
    </w:p>
    <w:p>
      <w:r>
        <w:t>☐ I am comfortable having my name shared   ☐ Keep my name confidential</w:t>
      </w:r>
    </w:p>
    <w:p>
      <w:r>
        <w:rPr>
          <w:b/>
        </w:rPr>
        <w:t xml:space="preserve">Your name (optional): </w:t>
      </w:r>
      <w:r>
        <w:t>________________________________________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