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Employee self-evaluation form</w:t>
      </w:r>
    </w:p>
    <w:p>
      <w:r>
        <w:t>Complete this before your review meeting and give it to your manager. Use specific examples and numbers where you can.</w:t>
      </w:r>
    </w:p>
    <w:p>
      <w:r>
        <w:rPr>
          <w:b/>
        </w:rPr>
        <w:t xml:space="preserve">Name: </w:t>
      </w:r>
      <w:r>
        <w:t>________________________________________________________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Review period: </w:t>
      </w:r>
      <w:r>
        <w:t>_______________________________________________</w:t>
      </w:r>
    </w:p>
    <w:p>
      <w:pPr>
        <w:pStyle w:val="Heading2"/>
      </w:pPr>
      <w:r>
        <w:t>Your results</w:t>
      </w:r>
    </w:p>
    <w:p>
      <w:r>
        <w:rPr>
          <w:b/>
        </w:rPr>
        <w:t xml:space="preserve">My three biggest accomplishments this period: </w:t>
      </w:r>
      <w:r>
        <w:t>________________</w:t>
      </w:r>
    </w:p>
    <w:p>
      <w:r>
        <w:rPr>
          <w:b/>
        </w:rPr>
        <w:t xml:space="preserve">A goal I met (and how): </w:t>
      </w:r>
      <w:r>
        <w:t>______________________________________</w:t>
      </w:r>
    </w:p>
    <w:p>
      <w:r>
        <w:rPr>
          <w:b/>
        </w:rPr>
        <w:t xml:space="preserve">A goal I did not fully meet (and why): </w:t>
      </w:r>
      <w:r>
        <w:t>_______________________</w:t>
      </w:r>
    </w:p>
    <w:p>
      <w:pPr>
        <w:pStyle w:val="Heading2"/>
      </w:pPr>
      <w:r>
        <w:t>Rate yourself</w:t>
      </w:r>
    </w:p>
    <w:p>
      <w:r>
        <w:t>Rating scale: 5 = Outstanding, 4 = Exceeds expectations, 3 = Meets expectations, 2 = Needs improvement, 1 = Unsatisfactory. Add a comment for any 1, 2 or 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Area</w:t>
            </w:r>
          </w:p>
        </w:tc>
        <w:tc>
          <w:tcPr>
            <w:tcW w:type="dxa" w:w="3216"/>
          </w:tcPr>
          <w:p>
            <w:r>
              <w:rPr>
                <w:b/>
              </w:rPr>
              <w:t>My rating (1 to 5)</w:t>
            </w:r>
          </w:p>
        </w:tc>
        <w:tc>
          <w:tcPr>
            <w:tcW w:type="dxa" w:w="3216"/>
          </w:tcPr>
          <w:p>
            <w:r>
              <w:rPr>
                <w:b/>
              </w:rPr>
              <w:t>Example</w:t>
            </w:r>
          </w:p>
        </w:tc>
      </w:tr>
      <w:tr>
        <w:tc>
          <w:tcPr>
            <w:tcW w:type="dxa" w:w="3216"/>
          </w:tcPr>
          <w:p>
            <w:r>
              <w:t>Quality of my work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Meeting deadlines and schedules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Job knowledge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Communication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Teamwork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Problem solving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pPr>
        <w:pStyle w:val="Heading2"/>
      </w:pPr>
      <w:r>
        <w:t>Looking ahead</w:t>
      </w:r>
    </w:p>
    <w:p>
      <w:r>
        <w:rPr>
          <w:b/>
        </w:rPr>
        <w:t xml:space="preserve">Skill I want to build: </w:t>
      </w:r>
      <w:r>
        <w:t>_______________________________________</w:t>
      </w:r>
    </w:p>
    <w:p>
      <w:r>
        <w:rPr>
          <w:b/>
        </w:rPr>
        <w:t xml:space="preserve">Support or training I need: </w:t>
      </w:r>
      <w:r>
        <w:t>__________________________________</w:t>
      </w:r>
    </w:p>
    <w:p>
      <w:r>
        <w:rPr>
          <w:b/>
        </w:rPr>
        <w:t xml:space="preserve">Goals for the next period: </w:t>
      </w:r>
      <w:r>
        <w:t>___________________________________</w:t>
      </w:r>
    </w:p>
    <w:p>
      <w:r>
        <w:rPr>
          <w:b/>
        </w:rPr>
        <w:t xml:space="preserve">Anything that gets in the way of doing my best work: </w:t>
      </w:r>
      <w:r>
        <w:t>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