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Employee absence report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Job title and department: </w:t>
      </w:r>
      <w:r>
        <w:t>____________________________________</w:t>
      </w:r>
    </w:p>
    <w:p>
      <w:r>
        <w:rPr>
          <w:b/>
        </w:rPr>
        <w:t xml:space="preserve">Supervisor: </w:t>
      </w:r>
      <w:r>
        <w:t>__________________________________________________</w:t>
      </w:r>
    </w:p>
    <w:p>
      <w:r>
        <w:rPr>
          <w:b/>
        </w:rPr>
        <w:t xml:space="preserve">Date of this report: </w:t>
      </w:r>
      <w:r>
        <w:t>_________________________________________</w:t>
      </w:r>
    </w:p>
    <w:p>
      <w:pPr>
        <w:pStyle w:val="Heading2"/>
      </w:pPr>
      <w:r>
        <w:t>Absence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</w:tcPr>
          <w:p>
            <w:r>
              <w:rPr>
                <w:b/>
              </w:rPr>
              <w:t>Date absent</w:t>
            </w:r>
          </w:p>
        </w:tc>
        <w:tc>
          <w:tcPr>
            <w:tcW w:type="dxa" w:w="2412"/>
          </w:tcPr>
          <w:p>
            <w:r>
              <w:rPr>
                <w:b/>
              </w:rPr>
              <w:t>Scheduled shift</w:t>
            </w:r>
          </w:p>
        </w:tc>
        <w:tc>
          <w:tcPr>
            <w:tcW w:type="dxa" w:w="2412"/>
          </w:tcPr>
          <w:p>
            <w:r>
              <w:rPr>
                <w:b/>
              </w:rPr>
              <w:t>Hours missed</w:t>
            </w:r>
          </w:p>
        </w:tc>
        <w:tc>
          <w:tcPr>
            <w:tcW w:type="dxa" w:w="2412"/>
          </w:tcPr>
          <w:p>
            <w:r>
              <w:rPr>
                <w:b/>
              </w:rPr>
              <w:t>Paid leave used (hours and type)</w:t>
            </w:r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</w:tbl>
    <w:p/>
    <w:p>
      <w:r>
        <w:t>Type of absence</w:t>
      </w:r>
    </w:p>
    <w:p>
      <w:r>
        <w:t>☐ Sick (self)   ☐ Care of a family member   ☐ Personal   ☐ Bereavement   ☐ Jury duty or court   ☐ Weather or transportation   ☐ No-call no-show   ☐ Other</w:t>
      </w:r>
    </w:p>
    <w:p>
      <w:r>
        <w:rPr>
          <w:b/>
        </w:rPr>
        <w:t xml:space="preserve">How notice was given (call, text, app, in person): </w:t>
      </w:r>
      <w:r>
        <w:t>___________</w:t>
      </w:r>
    </w:p>
    <w:p>
      <w:r>
        <w:rPr>
          <w:b/>
        </w:rPr>
        <w:t xml:space="preserve">Date and time of notice: </w:t>
      </w:r>
      <w:r>
        <w:t>_____________________________________</w:t>
      </w:r>
    </w:p>
    <w:p>
      <w:r>
        <w:rPr>
          <w:b/>
        </w:rPr>
        <w:t xml:space="preserve">Notice given to: </w:t>
      </w:r>
      <w:r>
        <w:t>_____________________________________________</w:t>
      </w:r>
    </w:p>
    <w:p>
      <w:r>
        <w:rPr>
          <w:b/>
        </w:rPr>
        <w:t xml:space="preserve">Expected or actual return-to-work date: </w:t>
      </w:r>
      <w:r>
        <w:t>______________________</w:t>
      </w:r>
    </w:p>
    <w:p>
      <w:r>
        <w:t>Optional: anything you want your supervisor to know. Do not include medical details; if certification is needed for protected leave, HR will ask for it separately.</w:t>
      </w:r>
    </w:p>
    <w:p>
      <w:r>
        <w:rPr>
          <w:b/>
        </w:rPr>
        <w:t xml:space="preserve">Employee comments: </w:t>
      </w:r>
      <w:r>
        <w:t>___________________________________________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pStyle w:val="Heading2"/>
      </w:pPr>
      <w:r>
        <w:t>Manager use only</w:t>
      </w:r>
    </w:p>
    <w:p>
      <w:r>
        <w:t>☐ Excused   ☐ Unexcused   ☐ Refer to HR: may be FMLA or protected sick leave</w:t>
      </w:r>
    </w:p>
    <w:p>
      <w:r>
        <w:rPr>
          <w:b/>
        </w:rPr>
        <w:t xml:space="preserve">Points or occurrences recorded under policy: </w:t>
      </w:r>
      <w:r>
        <w:t>_________________</w:t>
      </w:r>
    </w:p>
    <w:p>
      <w:r>
        <w:rPr>
          <w:b/>
        </w:rPr>
        <w:t xml:space="preserve">Payroll: hours paid and leave balance updated: </w:t>
      </w:r>
      <w:r>
        <w:t>_______________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signature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